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3F81C" w14:textId="18B802C0" w:rsidR="00BD7B07" w:rsidRPr="007E202F" w:rsidRDefault="00820FAD">
      <w:pPr>
        <w:jc w:val="center"/>
        <w:rPr>
          <w:b/>
          <w:color w:val="1F4E79"/>
          <w:sz w:val="40"/>
          <w:lang w:val="hu-HU"/>
        </w:rPr>
      </w:pPr>
      <w:r w:rsidRPr="007E202F">
        <w:rPr>
          <w:b/>
          <w:color w:val="1F4E79"/>
          <w:sz w:val="40"/>
          <w:lang w:val="hu-HU"/>
        </w:rPr>
        <w:t xml:space="preserve"> </w:t>
      </w:r>
    </w:p>
    <w:p w14:paraId="33133CE5" w14:textId="77777777" w:rsidR="00BD7B07" w:rsidRPr="007E202F" w:rsidRDefault="00BD7B07">
      <w:pPr>
        <w:jc w:val="center"/>
        <w:rPr>
          <w:b/>
          <w:color w:val="1F4E79"/>
          <w:sz w:val="40"/>
          <w:lang w:val="hu-HU"/>
        </w:rPr>
      </w:pPr>
    </w:p>
    <w:p w14:paraId="4CB373FA" w14:textId="77777777" w:rsidR="00D71918" w:rsidRPr="007E202F" w:rsidRDefault="00D71918">
      <w:pPr>
        <w:jc w:val="center"/>
        <w:rPr>
          <w:b/>
          <w:color w:val="1F4E79"/>
          <w:sz w:val="40"/>
          <w:lang w:val="hu-HU"/>
        </w:rPr>
      </w:pPr>
    </w:p>
    <w:p w14:paraId="75EB8222" w14:textId="77777777" w:rsidR="00D71918" w:rsidRPr="007E202F" w:rsidRDefault="00D71918">
      <w:pPr>
        <w:jc w:val="center"/>
        <w:rPr>
          <w:b/>
          <w:color w:val="1F4E79"/>
          <w:sz w:val="40"/>
          <w:lang w:val="hu-HU"/>
        </w:rPr>
      </w:pPr>
    </w:p>
    <w:p w14:paraId="57D28315" w14:textId="34F2B29E" w:rsidR="00715C8A" w:rsidRPr="007E202F" w:rsidRDefault="00CB4BEE">
      <w:pPr>
        <w:jc w:val="center"/>
        <w:rPr>
          <w:b/>
          <w:color w:val="1F4E79"/>
          <w:sz w:val="40"/>
          <w:lang w:val="hu-HU"/>
        </w:rPr>
      </w:pPr>
      <w:r w:rsidRPr="007E202F">
        <w:rPr>
          <w:b/>
          <w:color w:val="1F4E79"/>
          <w:sz w:val="40"/>
          <w:lang w:val="hu-HU"/>
        </w:rPr>
        <w:t xml:space="preserve">Győr-Moson-Sopron </w:t>
      </w:r>
      <w:r w:rsidR="006C0529" w:rsidRPr="007E202F">
        <w:rPr>
          <w:b/>
          <w:color w:val="1F4E79"/>
          <w:sz w:val="40"/>
          <w:lang w:val="hu-HU"/>
        </w:rPr>
        <w:t>M</w:t>
      </w:r>
      <w:r w:rsidRPr="007E202F">
        <w:rPr>
          <w:b/>
          <w:color w:val="1F4E79"/>
          <w:sz w:val="40"/>
          <w:lang w:val="hu-HU"/>
        </w:rPr>
        <w:t>egyei Önkormányzat</w:t>
      </w:r>
      <w:r w:rsidRPr="007E202F">
        <w:rPr>
          <w:b/>
          <w:color w:val="1F4E79"/>
          <w:sz w:val="40"/>
          <w:lang w:val="hu-HU"/>
        </w:rPr>
        <w:br/>
        <w:t>Partnerségi Szabályzata</w:t>
      </w:r>
    </w:p>
    <w:p w14:paraId="74130506" w14:textId="77777777" w:rsidR="00F641EB" w:rsidRPr="007E202F" w:rsidRDefault="00F641EB">
      <w:pPr>
        <w:jc w:val="center"/>
        <w:rPr>
          <w:lang w:val="hu-HU"/>
        </w:rPr>
      </w:pPr>
    </w:p>
    <w:p w14:paraId="41FB9425" w14:textId="66EC4750" w:rsidR="00715C8A" w:rsidRPr="007E202F" w:rsidRDefault="00CB4BEE">
      <w:pPr>
        <w:jc w:val="center"/>
        <w:rPr>
          <w:iCs/>
          <w:sz w:val="24"/>
          <w:szCs w:val="24"/>
          <w:lang w:val="hu-HU"/>
        </w:rPr>
      </w:pPr>
      <w:r w:rsidRPr="007E202F">
        <w:rPr>
          <w:iCs/>
          <w:sz w:val="24"/>
          <w:szCs w:val="24"/>
          <w:lang w:val="hu-HU"/>
        </w:rPr>
        <w:t>Egységesített dokumentum közgyűlési elfogadásra</w:t>
      </w:r>
      <w:r w:rsidR="00D71918" w:rsidRPr="007E202F">
        <w:rPr>
          <w:iCs/>
          <w:sz w:val="24"/>
          <w:szCs w:val="24"/>
          <w:lang w:val="hu-HU"/>
        </w:rPr>
        <w:t>.</w:t>
      </w:r>
    </w:p>
    <w:p w14:paraId="6B6F2F46" w14:textId="77777777" w:rsidR="00715C8A" w:rsidRPr="007E202F" w:rsidRDefault="00CB4BEE">
      <w:pPr>
        <w:jc w:val="center"/>
        <w:rPr>
          <w:iCs/>
          <w:lang w:val="hu-HU"/>
        </w:rPr>
      </w:pPr>
      <w:r w:rsidRPr="007E202F">
        <w:rPr>
          <w:iCs/>
          <w:sz w:val="24"/>
          <w:szCs w:val="24"/>
          <w:lang w:val="hu-HU"/>
        </w:rPr>
        <w:t>Tartalmazza a szabályzat szöveges részét és a kapcsolódó mellékleteket</w:t>
      </w:r>
      <w:r w:rsidRPr="007E202F">
        <w:rPr>
          <w:iCs/>
          <w:lang w:val="hu-HU"/>
        </w:rPr>
        <w:t>.</w:t>
      </w:r>
    </w:p>
    <w:p w14:paraId="2375767C" w14:textId="1457B4C7" w:rsidR="00715C8A" w:rsidRPr="007E202F" w:rsidRDefault="00D907EE" w:rsidP="003F5AB6">
      <w:pPr>
        <w:spacing w:after="100" w:afterAutospacing="1"/>
        <w:rPr>
          <w:lang w:val="hu-HU"/>
        </w:rPr>
      </w:pPr>
      <w:r w:rsidRPr="007E202F">
        <w:rPr>
          <w:noProof/>
          <w:lang w:val="hu-HU"/>
        </w:rPr>
        <w:drawing>
          <wp:inline distT="0" distB="0" distL="0" distR="0" wp14:anchorId="03BEE1AE" wp14:editId="0F32C391">
            <wp:extent cx="5760720" cy="4057650"/>
            <wp:effectExtent l="0" t="0" r="0" b="0"/>
            <wp:docPr id="188061198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61198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F35CE" w14:textId="77777777" w:rsidR="00715C8A" w:rsidRPr="007E202F" w:rsidRDefault="00CB4BEE">
      <w:pPr>
        <w:jc w:val="center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Kelt: [település], [dátum]</w:t>
      </w:r>
    </w:p>
    <w:p w14:paraId="35D019F8" w14:textId="77777777" w:rsidR="00715C8A" w:rsidRPr="007E202F" w:rsidRDefault="00CB4BEE">
      <w:pPr>
        <w:jc w:val="center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Jóváhagyó határozat száma: [határozatszám]</w:t>
      </w:r>
    </w:p>
    <w:p w14:paraId="34A3BB76" w14:textId="77777777" w:rsidR="003F5AB6" w:rsidRPr="007E202F" w:rsidRDefault="003F5AB6">
      <w:pPr>
        <w:jc w:val="center"/>
        <w:rPr>
          <w:sz w:val="24"/>
          <w:szCs w:val="24"/>
          <w:lang w:val="hu-HU"/>
        </w:rPr>
      </w:pPr>
    </w:p>
    <w:p w14:paraId="3911C0A8" w14:textId="77777777" w:rsidR="003F5AB6" w:rsidRPr="007E202F" w:rsidRDefault="003F5AB6">
      <w:pPr>
        <w:jc w:val="center"/>
        <w:rPr>
          <w:sz w:val="24"/>
          <w:szCs w:val="24"/>
          <w:lang w:val="hu-HU"/>
        </w:rPr>
      </w:pPr>
    </w:p>
    <w:p w14:paraId="47CB7C96" w14:textId="77777777" w:rsidR="003F5AB6" w:rsidRPr="007E202F" w:rsidRDefault="003F5AB6">
      <w:pPr>
        <w:jc w:val="center"/>
        <w:rPr>
          <w:sz w:val="24"/>
          <w:szCs w:val="24"/>
          <w:lang w:val="hu-HU"/>
        </w:rPr>
      </w:pPr>
    </w:p>
    <w:sdt>
      <w:sdtPr>
        <w:rPr>
          <w:rFonts w:ascii="Arial" w:eastAsia="Arial" w:hAnsi="Arial" w:cstheme="minorBidi"/>
          <w:b w:val="0"/>
          <w:bCs w:val="0"/>
          <w:color w:val="auto"/>
          <w:sz w:val="21"/>
          <w:szCs w:val="22"/>
          <w:lang w:val="hu-HU"/>
        </w:rPr>
        <w:id w:val="-631868045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5048E2B1" w14:textId="749B78D2" w:rsidR="00F35CD5" w:rsidRDefault="00F35CD5">
          <w:pPr>
            <w:pStyle w:val="Tartalomjegyzkcmsora"/>
          </w:pPr>
          <w:r>
            <w:rPr>
              <w:lang w:val="hu-HU"/>
            </w:rPr>
            <w:t>Tartalom</w:t>
          </w:r>
          <w:r w:rsidR="005D09D2">
            <w:rPr>
              <w:lang w:val="hu-HU"/>
            </w:rPr>
            <w:t>jegyzék</w:t>
          </w:r>
        </w:p>
        <w:p w14:paraId="4137339A" w14:textId="4798ABEA" w:rsidR="00C40B35" w:rsidRDefault="00F35CD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678551" w:history="1">
            <w:r w:rsidR="00C40B35" w:rsidRPr="006E24FF">
              <w:rPr>
                <w:rStyle w:val="Hiperhivatkozs"/>
                <w:rFonts w:cs="Arial"/>
                <w:noProof/>
                <w:lang w:val="hu-HU"/>
              </w:rPr>
              <w:t>I. Általános rendelkezések</w:t>
            </w:r>
            <w:r w:rsidR="00C40B35">
              <w:rPr>
                <w:noProof/>
                <w:webHidden/>
              </w:rPr>
              <w:tab/>
            </w:r>
            <w:r w:rsidR="00C40B35">
              <w:rPr>
                <w:noProof/>
                <w:webHidden/>
              </w:rPr>
              <w:fldChar w:fldCharType="begin"/>
            </w:r>
            <w:r w:rsidR="00C40B35">
              <w:rPr>
                <w:noProof/>
                <w:webHidden/>
              </w:rPr>
              <w:instrText xml:space="preserve"> PAGEREF _Toc239678551 \h </w:instrText>
            </w:r>
            <w:r w:rsidR="00C40B35">
              <w:rPr>
                <w:noProof/>
                <w:webHidden/>
              </w:rPr>
            </w:r>
            <w:r w:rsidR="00C40B35">
              <w:rPr>
                <w:noProof/>
                <w:webHidden/>
              </w:rPr>
              <w:fldChar w:fldCharType="separate"/>
            </w:r>
            <w:r w:rsidR="00C40B35">
              <w:rPr>
                <w:noProof/>
                <w:webHidden/>
              </w:rPr>
              <w:t>2</w:t>
            </w:r>
            <w:r w:rsidR="00C40B35">
              <w:rPr>
                <w:noProof/>
                <w:webHidden/>
              </w:rPr>
              <w:fldChar w:fldCharType="end"/>
            </w:r>
          </w:hyperlink>
        </w:p>
        <w:p w14:paraId="7DC37442" w14:textId="1AB39867" w:rsidR="00C40B35" w:rsidRDefault="00C40B3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52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II. Jogszabályi és szakmai alapok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4FF599" w14:textId="1A0979B5" w:rsidR="00C40B35" w:rsidRDefault="00C40B3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53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III. A szabályzat hatálya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8DBE87" w14:textId="1B1CB4A8" w:rsidR="00C40B35" w:rsidRDefault="00C40B3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54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IV. A partnerségi rendszer céljai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D339FB" w14:textId="5FA0E91A" w:rsidR="00C40B35" w:rsidRDefault="00C40B3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55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IV/A. Partnerségi alapelvek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640C42" w14:textId="262AC773" w:rsidR="00C40B35" w:rsidRDefault="00C40B3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56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V. A partneri kör meghatározása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36EAB0" w14:textId="7035F024" w:rsidR="00C40B35" w:rsidRDefault="00C40B3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57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VI. Szervezeti felelősségi rend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D629F2" w14:textId="238533FF" w:rsidR="00C40B35" w:rsidRDefault="00C40B3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58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VII. Partnerségi nyilvántartás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13F1BE" w14:textId="57E35984" w:rsidR="00C40B35" w:rsidRDefault="00C40B3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59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VIII. Éves partnerségi munkaterv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2DF524" w14:textId="136E89E4" w:rsidR="00C40B35" w:rsidRDefault="00C40B3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60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IX. Partnerségi egyeztetési formák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224E3A" w14:textId="031EA33B" w:rsidR="00C40B35" w:rsidRDefault="00C40B3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61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X. Az egyeztetések előkészítése és lebonyolítása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1FF357" w14:textId="4FDE9C1B" w:rsidR="00C40B35" w:rsidRDefault="00C40B3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62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XI. Partneri javaslatok kezelése és visszacsatolása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C73C80" w14:textId="68043EE7" w:rsidR="00C40B35" w:rsidRDefault="00C40B3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63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XII. Dokumentálási és iratkezelési rend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68E9EC" w14:textId="182C7622" w:rsidR="00C40B35" w:rsidRDefault="00C40B3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64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XIII. Nyilvánosság és kommunikáció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E2BA1C" w14:textId="6C08847B" w:rsidR="00C40B35" w:rsidRDefault="00C40B3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65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XIV. Adatkezelési szabályok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0A8091" w14:textId="34069EC5" w:rsidR="00C40B35" w:rsidRDefault="00C40B3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66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XV. Monitoring, értékelés és beszámolás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F2FD96" w14:textId="608A22ED" w:rsidR="00C40B35" w:rsidRDefault="00C40B3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67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XVI. Ellenőrzési megfelelőség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F74532" w14:textId="5318D614" w:rsidR="00C40B35" w:rsidRDefault="00C40B3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68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XVII. A szabályzat felülvizsgálata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2689F9" w14:textId="084D3B12" w:rsidR="00C40B35" w:rsidRDefault="00C40B3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69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XVIII. Záró rendelkezések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87E434" w14:textId="47CAC2D0" w:rsidR="00C40B35" w:rsidRDefault="00C40B3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70" w:history="1">
            <w:r w:rsidRPr="006E24FF">
              <w:rPr>
                <w:rStyle w:val="Hiperhivatkozs"/>
                <w:noProof/>
                <w:lang w:val="hu-HU"/>
              </w:rPr>
              <w:t>XIX. Mellékletek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4A9B6B" w14:textId="51BA1347" w:rsidR="00C40B35" w:rsidRDefault="00C40B35">
          <w:pPr>
            <w:pStyle w:val="TJ1"/>
            <w:tabs>
              <w:tab w:val="left" w:pos="48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71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1.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hu-HU" w:eastAsia="hu-HU"/>
                <w14:ligatures w14:val="standardContextual"/>
              </w:rPr>
              <w:tab/>
            </w:r>
            <w:r w:rsidRPr="006E24FF">
              <w:rPr>
                <w:rStyle w:val="Hiperhivatkozs"/>
                <w:rFonts w:cs="Arial"/>
                <w:noProof/>
                <w:lang w:val="hu-HU"/>
              </w:rPr>
              <w:t>számú melléklet: Partnerségi Nyilvántartás mintája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3953E2" w14:textId="277DEAF9" w:rsidR="00C40B35" w:rsidRDefault="00C40B35">
          <w:pPr>
            <w:pStyle w:val="TJ1"/>
            <w:tabs>
              <w:tab w:val="left" w:pos="48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72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2.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hu-HU" w:eastAsia="hu-HU"/>
                <w14:ligatures w14:val="standardContextual"/>
              </w:rPr>
              <w:tab/>
            </w:r>
            <w:r w:rsidRPr="006E24FF">
              <w:rPr>
                <w:rStyle w:val="Hiperhivatkozs"/>
                <w:rFonts w:cs="Arial"/>
                <w:noProof/>
                <w:lang w:val="hu-HU"/>
              </w:rPr>
              <w:t>számú melléklet: Éves Partnerségi Munkaterv mintája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53A9D1" w14:textId="7A718532" w:rsidR="00C40B35" w:rsidRDefault="00C40B35">
          <w:pPr>
            <w:pStyle w:val="TJ1"/>
            <w:tabs>
              <w:tab w:val="left" w:pos="48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73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3.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hu-HU" w:eastAsia="hu-HU"/>
                <w14:ligatures w14:val="standardContextual"/>
              </w:rPr>
              <w:tab/>
            </w:r>
            <w:r w:rsidRPr="006E24FF">
              <w:rPr>
                <w:rStyle w:val="Hiperhivatkozs"/>
                <w:rFonts w:cs="Arial"/>
                <w:noProof/>
                <w:lang w:val="hu-HU"/>
              </w:rPr>
              <w:t>számú melléklet: Partnerségi Fórum meghívó mintája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A690EB" w14:textId="26E139EF" w:rsidR="00C40B35" w:rsidRDefault="00C40B35">
          <w:pPr>
            <w:pStyle w:val="TJ1"/>
            <w:tabs>
              <w:tab w:val="left" w:pos="48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74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4.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hu-HU" w:eastAsia="hu-HU"/>
                <w14:ligatures w14:val="standardContextual"/>
              </w:rPr>
              <w:tab/>
            </w:r>
            <w:r w:rsidRPr="006E24FF">
              <w:rPr>
                <w:rStyle w:val="Hiperhivatkozs"/>
                <w:rFonts w:cs="Arial"/>
                <w:noProof/>
                <w:lang w:val="hu-HU"/>
              </w:rPr>
              <w:t>számú melléklet: Jelenléti ív mintája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12409F" w14:textId="09B5D18A" w:rsidR="00C40B35" w:rsidRDefault="00C40B35">
          <w:pPr>
            <w:pStyle w:val="TJ1"/>
            <w:tabs>
              <w:tab w:val="left" w:pos="48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75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5.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hu-HU" w:eastAsia="hu-HU"/>
                <w14:ligatures w14:val="standardContextual"/>
              </w:rPr>
              <w:tab/>
            </w:r>
            <w:r w:rsidRPr="006E24FF">
              <w:rPr>
                <w:rStyle w:val="Hiperhivatkozs"/>
                <w:rFonts w:cs="Arial"/>
                <w:noProof/>
                <w:lang w:val="hu-HU"/>
              </w:rPr>
              <w:t>számú melléklet: Partnerségi emlékeztető mintája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45BE8C" w14:textId="323A650E" w:rsidR="00C40B35" w:rsidRDefault="00C40B35">
          <w:pPr>
            <w:pStyle w:val="TJ1"/>
            <w:tabs>
              <w:tab w:val="left" w:pos="48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76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6.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hu-HU" w:eastAsia="hu-HU"/>
                <w14:ligatures w14:val="standardContextual"/>
              </w:rPr>
              <w:tab/>
            </w:r>
            <w:r w:rsidRPr="006E24FF">
              <w:rPr>
                <w:rStyle w:val="Hiperhivatkozs"/>
                <w:rFonts w:cs="Arial"/>
                <w:noProof/>
                <w:lang w:val="hu-HU"/>
              </w:rPr>
              <w:t>számú melléklet: Partneri javaslatok és válaszok nyilvántartása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ABCFD6" w14:textId="0E0317A3" w:rsidR="00C40B35" w:rsidRDefault="00C40B35">
          <w:pPr>
            <w:pStyle w:val="TJ1"/>
            <w:tabs>
              <w:tab w:val="left" w:pos="48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77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7.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hu-HU" w:eastAsia="hu-HU"/>
                <w14:ligatures w14:val="standardContextual"/>
              </w:rPr>
              <w:tab/>
            </w:r>
            <w:r w:rsidRPr="006E24FF">
              <w:rPr>
                <w:rStyle w:val="Hiperhivatkozs"/>
                <w:rFonts w:cs="Arial"/>
                <w:noProof/>
                <w:lang w:val="hu-HU"/>
              </w:rPr>
              <w:t>számú melléklet: Éves partnerségi beszámoló mintája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510973" w14:textId="6BDD4632" w:rsidR="00C40B35" w:rsidRDefault="00C40B35">
          <w:pPr>
            <w:pStyle w:val="TJ1"/>
            <w:tabs>
              <w:tab w:val="left" w:pos="48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78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8.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hu-HU" w:eastAsia="hu-HU"/>
                <w14:ligatures w14:val="standardContextual"/>
              </w:rPr>
              <w:tab/>
            </w:r>
            <w:r w:rsidRPr="006E24FF">
              <w:rPr>
                <w:rStyle w:val="Hiperhivatkozs"/>
                <w:rFonts w:cs="Arial"/>
                <w:noProof/>
                <w:lang w:val="hu-HU"/>
              </w:rPr>
              <w:t>számú melléklet: Felelősségi mátrix a partnerségi rendszer működtetéséhez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E47045" w14:textId="3FE4CF59" w:rsidR="00C40B35" w:rsidRDefault="00C40B35">
          <w:pPr>
            <w:pStyle w:val="TJ1"/>
            <w:tabs>
              <w:tab w:val="left" w:pos="480"/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79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9.</w:t>
            </w:r>
            <w:r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hu-HU" w:eastAsia="hu-HU"/>
                <w14:ligatures w14:val="standardContextual"/>
              </w:rPr>
              <w:tab/>
            </w:r>
            <w:r w:rsidRPr="006E24FF">
              <w:rPr>
                <w:rStyle w:val="Hiperhivatkozs"/>
                <w:rFonts w:cs="Arial"/>
                <w:noProof/>
                <w:lang w:val="hu-HU"/>
              </w:rPr>
              <w:t>számú melléklet: Éves partnerségi intézkedési terv mintája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B3EBB2" w14:textId="60B46F32" w:rsidR="00C40B35" w:rsidRDefault="00C40B35">
          <w:pPr>
            <w:pStyle w:val="TJ1"/>
            <w:tabs>
              <w:tab w:val="right" w:leader="dot" w:pos="9060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hu-HU" w:eastAsia="hu-HU"/>
              <w14:ligatures w14:val="standardContextual"/>
            </w:rPr>
          </w:pPr>
          <w:hyperlink w:anchor="_Toc239678580" w:history="1">
            <w:r w:rsidRPr="006E24FF">
              <w:rPr>
                <w:rStyle w:val="Hiperhivatkozs"/>
                <w:rFonts w:cs="Arial"/>
                <w:noProof/>
                <w:lang w:val="hu-HU"/>
              </w:rPr>
              <w:t>10. számú melléklet: Partnerségi kockázati nyilvántartási mintája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_Toc239678580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2D8EF9" w14:textId="7E65E354" w:rsidR="00F35CD5" w:rsidRDefault="00F35CD5">
          <w:r>
            <w:rPr>
              <w:b/>
              <w:bCs/>
            </w:rPr>
            <w:fldChar w:fldCharType="end"/>
          </w:r>
        </w:p>
      </w:sdtContent>
    </w:sdt>
    <w:p w14:paraId="54555BED" w14:textId="77777777" w:rsidR="003F5AB6" w:rsidRPr="007E202F" w:rsidRDefault="003F5AB6">
      <w:pPr>
        <w:jc w:val="center"/>
        <w:rPr>
          <w:sz w:val="24"/>
          <w:szCs w:val="24"/>
          <w:lang w:val="hu-HU"/>
        </w:rPr>
      </w:pPr>
    </w:p>
    <w:p w14:paraId="4CC0A275" w14:textId="77777777" w:rsidR="003F5AB6" w:rsidRPr="007E202F" w:rsidRDefault="003F5AB6">
      <w:pPr>
        <w:jc w:val="center"/>
        <w:rPr>
          <w:sz w:val="24"/>
          <w:szCs w:val="24"/>
          <w:lang w:val="hu-HU"/>
        </w:rPr>
      </w:pPr>
    </w:p>
    <w:p w14:paraId="52EA3239" w14:textId="77777777" w:rsidR="003F5AB6" w:rsidRPr="007E202F" w:rsidRDefault="003F5AB6">
      <w:pPr>
        <w:jc w:val="center"/>
        <w:rPr>
          <w:sz w:val="24"/>
          <w:szCs w:val="24"/>
          <w:lang w:val="hu-HU"/>
        </w:rPr>
      </w:pPr>
    </w:p>
    <w:p w14:paraId="0B811BEF" w14:textId="77777777" w:rsidR="00715C8A" w:rsidRPr="007E202F" w:rsidRDefault="00CB4BEE">
      <w:pPr>
        <w:pStyle w:val="Cmsor1"/>
        <w:rPr>
          <w:rFonts w:ascii="Arial" w:hAnsi="Arial" w:cs="Arial"/>
          <w:lang w:val="hu-HU"/>
        </w:rPr>
      </w:pPr>
      <w:bookmarkStart w:id="0" w:name="_Toc239678551"/>
      <w:r w:rsidRPr="007E202F">
        <w:rPr>
          <w:rFonts w:ascii="Arial" w:hAnsi="Arial" w:cs="Arial"/>
          <w:lang w:val="hu-HU"/>
        </w:rPr>
        <w:lastRenderedPageBreak/>
        <w:t>I. Általános rendelkezések</w:t>
      </w:r>
      <w:bookmarkEnd w:id="0"/>
    </w:p>
    <w:p w14:paraId="73195552" w14:textId="5B155994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A szabályzat célja, hogy a Győr-Moson-Sopron </w:t>
      </w:r>
      <w:r w:rsidR="009D61A5" w:rsidRPr="007E202F">
        <w:rPr>
          <w:sz w:val="24"/>
          <w:szCs w:val="24"/>
          <w:lang w:val="hu-HU"/>
        </w:rPr>
        <w:t>M</w:t>
      </w:r>
      <w:r w:rsidRPr="007E202F">
        <w:rPr>
          <w:sz w:val="24"/>
          <w:szCs w:val="24"/>
          <w:lang w:val="hu-HU"/>
        </w:rPr>
        <w:t>egyei Önkormányzat terület</w:t>
      </w:r>
      <w:r w:rsidR="00BE72D3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fejlesztési, területrendezési, fejlesztéspolitikai és kapcsolódó döntéselőkészítési feladatai során biztosítsa az érintett partnerek tervszerű, dokumentált, átlátható és visszacsatolással ellátott bevonását.</w:t>
      </w:r>
    </w:p>
    <w:p w14:paraId="2DEB1F27" w14:textId="43CA7920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szabályzat a partnerségi kapcsolatok működtetésének belső rendjét, a partneri kör meghatározását, a kapcsolattartás és egyeztetés formáit, a dokumentálási kötele</w:t>
      </w:r>
      <w:r w:rsidR="00690587" w:rsidRPr="007E202F">
        <w:rPr>
          <w:sz w:val="24"/>
          <w:szCs w:val="24"/>
          <w:lang w:val="hu-HU"/>
        </w:rPr>
        <w:t>-</w:t>
      </w:r>
      <w:proofErr w:type="spellStart"/>
      <w:r w:rsidRPr="007E202F">
        <w:rPr>
          <w:sz w:val="24"/>
          <w:szCs w:val="24"/>
          <w:lang w:val="hu-HU"/>
        </w:rPr>
        <w:t>zettségeket</w:t>
      </w:r>
      <w:proofErr w:type="spellEnd"/>
      <w:r w:rsidRPr="007E202F">
        <w:rPr>
          <w:sz w:val="24"/>
          <w:szCs w:val="24"/>
          <w:lang w:val="hu-HU"/>
        </w:rPr>
        <w:t>, a partneri javaslatok kezelését, a nyilvánosság biztosítását, valamint a rendszeres monitoring és felülvizsgálat szabályait határozza meg.</w:t>
      </w:r>
    </w:p>
    <w:p w14:paraId="3016F874" w14:textId="7863ACDF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A szabályzat alkalmazása során alapelv a törvényesség, az átláthatóság, a </w:t>
      </w:r>
      <w:proofErr w:type="spellStart"/>
      <w:r w:rsidRPr="007E202F">
        <w:rPr>
          <w:sz w:val="24"/>
          <w:szCs w:val="24"/>
          <w:lang w:val="hu-HU"/>
        </w:rPr>
        <w:t>nyilvá</w:t>
      </w:r>
      <w:r w:rsidR="00690587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nosság</w:t>
      </w:r>
      <w:proofErr w:type="spellEnd"/>
      <w:r w:rsidRPr="007E202F">
        <w:rPr>
          <w:sz w:val="24"/>
          <w:szCs w:val="24"/>
          <w:lang w:val="hu-HU"/>
        </w:rPr>
        <w:t>, az esélyegyenlőség, az érdemi részvétel, a szakmai megalapozottság, a dokumentálhatóság, az ellenőrizhetőség és a partneri visszacsatolás biztosítása.</w:t>
      </w:r>
    </w:p>
    <w:p w14:paraId="7C465972" w14:textId="77777777" w:rsidR="00715C8A" w:rsidRPr="007E202F" w:rsidRDefault="00CB4BEE">
      <w:pPr>
        <w:pStyle w:val="Cmsor1"/>
        <w:rPr>
          <w:rFonts w:ascii="Arial" w:hAnsi="Arial" w:cs="Arial"/>
          <w:lang w:val="hu-HU"/>
        </w:rPr>
      </w:pPr>
      <w:bookmarkStart w:id="1" w:name="_Toc239678552"/>
      <w:r w:rsidRPr="007E202F">
        <w:rPr>
          <w:rFonts w:ascii="Arial" w:hAnsi="Arial" w:cs="Arial"/>
          <w:lang w:val="hu-HU"/>
        </w:rPr>
        <w:t>II. Jogszabályi és szakmai alapok</w:t>
      </w:r>
      <w:bookmarkEnd w:id="1"/>
    </w:p>
    <w:p w14:paraId="31E26C6A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szabályzat kialakítása különösen a területfejlesztésről szóló 2023. évi CII. törvény, a 218/2009. (X. 6.) Korm. rendelet, valamint Magyarország helyi önkormányzatairól szóló 2011. évi CLXXXIX. törvény alapelveinek figyelembevételével történik.</w:t>
      </w:r>
    </w:p>
    <w:p w14:paraId="5665FE0A" w14:textId="25B9A269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szabályzat figyelembe veszi a megyei önkormányzat területfejlesztési szerepét, a térségi és helyi közösségek bevonásának szükségességét, valamint az ellenőrzési elvárást, hogy a partnerségi tevékenységek szabályozott, nyomon követhető és bizonyítékokkal alátámasztható módon valósuljanak meg.</w:t>
      </w:r>
    </w:p>
    <w:p w14:paraId="21CFB62D" w14:textId="77777777" w:rsidR="00715C8A" w:rsidRPr="007E202F" w:rsidRDefault="00CB4BEE">
      <w:pPr>
        <w:pStyle w:val="Cmsor1"/>
        <w:rPr>
          <w:rFonts w:ascii="Arial" w:hAnsi="Arial" w:cs="Arial"/>
          <w:lang w:val="hu-HU"/>
        </w:rPr>
      </w:pPr>
      <w:bookmarkStart w:id="2" w:name="_Toc239678553"/>
      <w:r w:rsidRPr="007E202F">
        <w:rPr>
          <w:rFonts w:ascii="Arial" w:hAnsi="Arial" w:cs="Arial"/>
          <w:lang w:val="hu-HU"/>
        </w:rPr>
        <w:t>III. A szabályzat hatálya</w:t>
      </w:r>
      <w:bookmarkEnd w:id="2"/>
    </w:p>
    <w:p w14:paraId="388CAF72" w14:textId="24E327DB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A szabályzat személyi hatálya kiterjed a Győr-Moson-Sopron </w:t>
      </w:r>
      <w:r w:rsidR="009D61A5" w:rsidRPr="007E202F">
        <w:rPr>
          <w:sz w:val="24"/>
          <w:szCs w:val="24"/>
          <w:lang w:val="hu-HU"/>
        </w:rPr>
        <w:t>M</w:t>
      </w:r>
      <w:r w:rsidRPr="007E202F">
        <w:rPr>
          <w:sz w:val="24"/>
          <w:szCs w:val="24"/>
          <w:lang w:val="hu-HU"/>
        </w:rPr>
        <w:t>egyei Önkormány</w:t>
      </w:r>
      <w:r w:rsidR="003565EB" w:rsidRPr="007E202F">
        <w:rPr>
          <w:sz w:val="24"/>
          <w:szCs w:val="24"/>
          <w:lang w:val="hu-HU"/>
        </w:rPr>
        <w:t>-</w:t>
      </w:r>
      <w:proofErr w:type="spellStart"/>
      <w:r w:rsidRPr="007E202F">
        <w:rPr>
          <w:sz w:val="24"/>
          <w:szCs w:val="24"/>
          <w:lang w:val="hu-HU"/>
        </w:rPr>
        <w:t>zatra</w:t>
      </w:r>
      <w:proofErr w:type="spellEnd"/>
      <w:r w:rsidRPr="007E202F">
        <w:rPr>
          <w:sz w:val="24"/>
          <w:szCs w:val="24"/>
          <w:lang w:val="hu-HU"/>
        </w:rPr>
        <w:t>, a megyei közgyűlésre, annak bizottságaira, a közgyűlés elnökére, alelnökeire, a megyei önkormányzati hivatal partnerségi feladatokban közreműködő szervezeti egységeire, valamint a partnerségi folyamatokba bevont külső partnerekre.</w:t>
      </w:r>
    </w:p>
    <w:p w14:paraId="08336CC1" w14:textId="64E4B5FD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A szabályzat tárgyi hatálya kiterjed a megyei területfejlesztési koncepciók, </w:t>
      </w:r>
      <w:r w:rsidR="008B7A8C" w:rsidRPr="007E202F">
        <w:rPr>
          <w:sz w:val="24"/>
          <w:szCs w:val="24"/>
          <w:lang w:val="hu-HU"/>
        </w:rPr>
        <w:t>program-</w:t>
      </w:r>
      <w:proofErr w:type="spellStart"/>
      <w:r w:rsidRPr="007E202F">
        <w:rPr>
          <w:sz w:val="24"/>
          <w:szCs w:val="24"/>
          <w:lang w:val="hu-HU"/>
        </w:rPr>
        <w:t>mok</w:t>
      </w:r>
      <w:proofErr w:type="spellEnd"/>
      <w:r w:rsidRPr="007E202F">
        <w:rPr>
          <w:sz w:val="24"/>
          <w:szCs w:val="24"/>
          <w:lang w:val="hu-HU"/>
        </w:rPr>
        <w:t xml:space="preserve">, stratégiák, fejlesztési dokumentumok, projekt-előkészítési folyamatok, </w:t>
      </w:r>
      <w:proofErr w:type="spellStart"/>
      <w:r w:rsidRPr="007E202F">
        <w:rPr>
          <w:sz w:val="24"/>
          <w:szCs w:val="24"/>
          <w:lang w:val="hu-HU"/>
        </w:rPr>
        <w:t>monito</w:t>
      </w:r>
      <w:proofErr w:type="spellEnd"/>
      <w:r w:rsidR="008B7A8C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ringjelentések, fejlesztéspolitikai egyeztetések, valamint a megyei partnerségi rend</w:t>
      </w:r>
      <w:r w:rsidR="008B7A8C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 xml:space="preserve">szer működtetésével összefüggő valamennyi dokumentált egyeztetés előkészítésére, lebonyolítására és </w:t>
      </w:r>
      <w:proofErr w:type="spellStart"/>
      <w:r w:rsidRPr="007E202F">
        <w:rPr>
          <w:sz w:val="24"/>
          <w:szCs w:val="24"/>
          <w:lang w:val="hu-HU"/>
        </w:rPr>
        <w:t>utánkövetésére</w:t>
      </w:r>
      <w:proofErr w:type="spellEnd"/>
      <w:r w:rsidRPr="007E202F">
        <w:rPr>
          <w:sz w:val="24"/>
          <w:szCs w:val="24"/>
          <w:lang w:val="hu-HU"/>
        </w:rPr>
        <w:t>.</w:t>
      </w:r>
    </w:p>
    <w:p w14:paraId="37DFCE67" w14:textId="77777777" w:rsidR="00715C8A" w:rsidRPr="007E202F" w:rsidRDefault="00CB4BEE">
      <w:pPr>
        <w:pStyle w:val="Cmsor1"/>
        <w:rPr>
          <w:rFonts w:ascii="Arial" w:hAnsi="Arial" w:cs="Arial"/>
          <w:lang w:val="hu-HU"/>
        </w:rPr>
      </w:pPr>
      <w:bookmarkStart w:id="3" w:name="_Toc239678554"/>
      <w:r w:rsidRPr="007E202F">
        <w:rPr>
          <w:rFonts w:ascii="Arial" w:hAnsi="Arial" w:cs="Arial"/>
          <w:lang w:val="hu-HU"/>
        </w:rPr>
        <w:t>IV. A partnerségi rendszer céljai</w:t>
      </w:r>
      <w:bookmarkEnd w:id="3"/>
    </w:p>
    <w:p w14:paraId="1FFE184A" w14:textId="35A55CD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A megye területfejlesztési döntéseinek szakmai és társadalmi megalapozottságának erősítése; a települési önkormányzatok, gazdasági, civil, egyházi, oktatási, </w:t>
      </w:r>
      <w:proofErr w:type="spellStart"/>
      <w:r w:rsidRPr="007E202F">
        <w:rPr>
          <w:sz w:val="24"/>
          <w:szCs w:val="24"/>
          <w:lang w:val="hu-HU"/>
        </w:rPr>
        <w:t>tudomá</w:t>
      </w:r>
      <w:r w:rsidR="00AD7F3E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nyos</w:t>
      </w:r>
      <w:proofErr w:type="spellEnd"/>
      <w:r w:rsidRPr="007E202F">
        <w:rPr>
          <w:sz w:val="24"/>
          <w:szCs w:val="24"/>
          <w:lang w:val="hu-HU"/>
        </w:rPr>
        <w:t xml:space="preserve"> és szakmai szereplők rendszeres bevonása; a fejlesztési igények, javaslatok és problémák strukturált gyűjtése; a partnerségi egyeztetések dokumentálása és visszakereshetősége; a partneri vélemények indokolt kezelése; a közgyűlési döntés-előkészítés átláthatóságának és ellenőrizhetőségének biztosítása; az ÁSZ- és más ellenőrzési elvárásoknak megfelelő bizonyítékalapú működés kialakítása.</w:t>
      </w:r>
    </w:p>
    <w:p w14:paraId="71F6A4AC" w14:textId="77777777" w:rsidR="00715C8A" w:rsidRPr="007E202F" w:rsidRDefault="00CB4BEE">
      <w:pPr>
        <w:pStyle w:val="Cmsor1"/>
        <w:rPr>
          <w:rFonts w:ascii="Arial" w:hAnsi="Arial" w:cs="Arial"/>
          <w:lang w:val="hu-HU"/>
        </w:rPr>
      </w:pPr>
      <w:bookmarkStart w:id="4" w:name="_Toc239678555"/>
      <w:r w:rsidRPr="007E202F">
        <w:rPr>
          <w:rFonts w:ascii="Arial" w:hAnsi="Arial" w:cs="Arial"/>
          <w:lang w:val="hu-HU"/>
        </w:rPr>
        <w:lastRenderedPageBreak/>
        <w:t>IV/A. Partnerségi alapelvek</w:t>
      </w:r>
      <w:bookmarkEnd w:id="4"/>
    </w:p>
    <w:p w14:paraId="1E1859DD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Nyilvánosság, átláthatóság, esélyegyenlőség, dokumentálhatóság, visszacsatolás, szakmai megalapozottság és ellenőrizhetőség.</w:t>
      </w:r>
    </w:p>
    <w:p w14:paraId="273C4509" w14:textId="77777777" w:rsidR="00715C8A" w:rsidRPr="007E202F" w:rsidRDefault="00CB4BEE">
      <w:pPr>
        <w:pStyle w:val="Cmsor1"/>
        <w:rPr>
          <w:rFonts w:ascii="Arial" w:hAnsi="Arial" w:cs="Arial"/>
          <w:lang w:val="hu-HU"/>
        </w:rPr>
      </w:pPr>
      <w:bookmarkStart w:id="5" w:name="_Toc239678556"/>
      <w:r w:rsidRPr="007E202F">
        <w:rPr>
          <w:rFonts w:ascii="Arial" w:hAnsi="Arial" w:cs="Arial"/>
          <w:lang w:val="hu-HU"/>
        </w:rPr>
        <w:t>V. A partneri kör meghatározása</w:t>
      </w:r>
      <w:bookmarkEnd w:id="5"/>
    </w:p>
    <w:p w14:paraId="4E312443" w14:textId="7C97A7CA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partnerségi rendszerbe bevonható partnerek különösen: Győr-Moson-Sopron megye települési önkormányzatai, nemzetiségi önkormányzatai, gazdasági kamarák, szakmai érdekképviseleti szervezetek,</w:t>
      </w:r>
      <w:r w:rsidR="00EB2F49" w:rsidRPr="007E202F">
        <w:rPr>
          <w:sz w:val="24"/>
          <w:szCs w:val="24"/>
          <w:lang w:val="hu-HU"/>
        </w:rPr>
        <w:t xml:space="preserve"> </w:t>
      </w:r>
      <w:r w:rsidRPr="007E202F">
        <w:rPr>
          <w:sz w:val="24"/>
          <w:szCs w:val="24"/>
          <w:lang w:val="hu-HU"/>
        </w:rPr>
        <w:t>vállalkozói és agrárszereplők, felsőoktatási és kutatási intézmények, köznevelési és szakképzési intézmények, civil szervezetek, egyházak, LEADER helyi akciócsoportok, térségi fejlesztési szervezetek, közszol</w:t>
      </w:r>
      <w:r w:rsidR="00AD7F3E" w:rsidRPr="007E202F">
        <w:rPr>
          <w:sz w:val="24"/>
          <w:szCs w:val="24"/>
          <w:lang w:val="hu-HU"/>
        </w:rPr>
        <w:t>-</w:t>
      </w:r>
      <w:proofErr w:type="spellStart"/>
      <w:r w:rsidRPr="007E202F">
        <w:rPr>
          <w:sz w:val="24"/>
          <w:szCs w:val="24"/>
          <w:lang w:val="hu-HU"/>
        </w:rPr>
        <w:t>gáltatók</w:t>
      </w:r>
      <w:proofErr w:type="spellEnd"/>
      <w:r w:rsidRPr="007E202F">
        <w:rPr>
          <w:sz w:val="24"/>
          <w:szCs w:val="24"/>
          <w:lang w:val="hu-HU"/>
        </w:rPr>
        <w:t>, államigazgatási szervek, valamint a fejlesztések által érintett lakossági és szakmai közösségek. Bevonhatók továbbá határon átnyúló, nemzetközi, testvér</w:t>
      </w:r>
      <w:r w:rsidR="00AD7F3E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megyei és egyéb fejlesztéspolitikai partnerek.</w:t>
      </w:r>
    </w:p>
    <w:p w14:paraId="4E490ECF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partneri kör nem zárt. Új partner felvehető hivatalból, partneri kezdeményezésre, közgyűlési vagy bizottsági javaslat alapján, illetve valamely fejlesztési dokumentum előkészítése során azonosított érintettség alapján.</w:t>
      </w:r>
    </w:p>
    <w:p w14:paraId="63C9E753" w14:textId="77777777" w:rsidR="00715C8A" w:rsidRPr="007E202F" w:rsidRDefault="00CB4BEE">
      <w:pPr>
        <w:pStyle w:val="Cmsor1"/>
        <w:rPr>
          <w:rFonts w:ascii="Arial" w:hAnsi="Arial" w:cs="Arial"/>
          <w:lang w:val="hu-HU"/>
        </w:rPr>
      </w:pPr>
      <w:bookmarkStart w:id="6" w:name="_Toc239678557"/>
      <w:r w:rsidRPr="007E202F">
        <w:rPr>
          <w:rFonts w:ascii="Arial" w:hAnsi="Arial" w:cs="Arial"/>
          <w:lang w:val="hu-HU"/>
        </w:rPr>
        <w:t>VI. Szervezeti felelősségi rend</w:t>
      </w:r>
      <w:bookmarkEnd w:id="6"/>
    </w:p>
    <w:p w14:paraId="38CFE85A" w14:textId="2C102BC7" w:rsidR="000811B0" w:rsidRPr="007E202F" w:rsidRDefault="000811B0" w:rsidP="000811B0">
      <w:pPr>
        <w:pStyle w:val="Norml1"/>
        <w:jc w:val="both"/>
        <w:rPr>
          <w:rFonts w:ascii="Arial" w:hAnsi="Arial" w:cs="Arial"/>
        </w:rPr>
      </w:pPr>
      <w:r w:rsidRPr="007E202F">
        <w:rPr>
          <w:rFonts w:ascii="Arial" w:hAnsi="Arial" w:cs="Arial"/>
        </w:rPr>
        <w:t>1. A partnerségi rendszer működtetésével összefüggő stratégiai döntési, beszámol</w:t>
      </w:r>
      <w:r w:rsidR="00103ADA" w:rsidRPr="007E202F">
        <w:rPr>
          <w:rFonts w:ascii="Arial" w:hAnsi="Arial" w:cs="Arial"/>
        </w:rPr>
        <w:t>-</w:t>
      </w:r>
      <w:proofErr w:type="spellStart"/>
      <w:r w:rsidRPr="007E202F">
        <w:rPr>
          <w:rFonts w:ascii="Arial" w:hAnsi="Arial" w:cs="Arial"/>
        </w:rPr>
        <w:t>tatási</w:t>
      </w:r>
      <w:proofErr w:type="spellEnd"/>
      <w:r w:rsidRPr="007E202F">
        <w:rPr>
          <w:rFonts w:ascii="Arial" w:hAnsi="Arial" w:cs="Arial"/>
        </w:rPr>
        <w:t xml:space="preserve"> és felügyeleti feladatokat a megyei közgyűlés látja el. A közgyűlés elfogadja és szükség szerint módosítja a partnerségi szabályzatot, megtárgyalhatja a partnerségi rendszer működéséről készített éves beszámolót, továbbá dönt a partnerségi </w:t>
      </w:r>
      <w:proofErr w:type="spellStart"/>
      <w:r w:rsidRPr="007E202F">
        <w:rPr>
          <w:rFonts w:ascii="Arial" w:hAnsi="Arial" w:cs="Arial"/>
        </w:rPr>
        <w:t>műkö</w:t>
      </w:r>
      <w:r w:rsidR="00103ADA" w:rsidRPr="007E202F">
        <w:rPr>
          <w:rFonts w:ascii="Arial" w:hAnsi="Arial" w:cs="Arial"/>
        </w:rPr>
        <w:t>-</w:t>
      </w:r>
      <w:r w:rsidRPr="007E202F">
        <w:rPr>
          <w:rFonts w:ascii="Arial" w:hAnsi="Arial" w:cs="Arial"/>
        </w:rPr>
        <w:t>dést</w:t>
      </w:r>
      <w:proofErr w:type="spellEnd"/>
      <w:r w:rsidRPr="007E202F">
        <w:rPr>
          <w:rFonts w:ascii="Arial" w:hAnsi="Arial" w:cs="Arial"/>
        </w:rPr>
        <w:t xml:space="preserve"> érintő, közgyűlési hatáskörbe tartozó fejlesztési, szervezeti vagy szabályozási kérdésekről.</w:t>
      </w:r>
    </w:p>
    <w:p w14:paraId="1B1199AB" w14:textId="286422FF" w:rsidR="000811B0" w:rsidRPr="007E202F" w:rsidRDefault="000811B0" w:rsidP="000811B0">
      <w:pPr>
        <w:pStyle w:val="Norml1"/>
        <w:jc w:val="both"/>
        <w:rPr>
          <w:rFonts w:ascii="Arial" w:hAnsi="Arial" w:cs="Arial"/>
        </w:rPr>
      </w:pPr>
      <w:r w:rsidRPr="007E202F">
        <w:rPr>
          <w:rFonts w:ascii="Arial" w:hAnsi="Arial" w:cs="Arial"/>
        </w:rPr>
        <w:t>2. A megyei közgyűlés elnöke a partnerségi rendszer stratégiai irányítását, az önkor</w:t>
      </w:r>
      <w:r w:rsidR="00103ADA" w:rsidRPr="007E202F">
        <w:rPr>
          <w:rFonts w:ascii="Arial" w:hAnsi="Arial" w:cs="Arial"/>
        </w:rPr>
        <w:t>-</w:t>
      </w:r>
      <w:proofErr w:type="spellStart"/>
      <w:r w:rsidRPr="007E202F">
        <w:rPr>
          <w:rFonts w:ascii="Arial" w:hAnsi="Arial" w:cs="Arial"/>
        </w:rPr>
        <w:t>mányzat</w:t>
      </w:r>
      <w:proofErr w:type="spellEnd"/>
      <w:r w:rsidRPr="007E202F">
        <w:rPr>
          <w:rFonts w:ascii="Arial" w:hAnsi="Arial" w:cs="Arial"/>
        </w:rPr>
        <w:t xml:space="preserve"> külső képviseletét, valamint a közgyűlési és bizottsági döntéselőkészítés vezetői szintű koordinációját biztosítja. Az elnök feladata annak elősegítése, hogy a partnerségi rendszer működésének tapasztalatai a döntéshozó testület és az </w:t>
      </w:r>
      <w:proofErr w:type="spellStart"/>
      <w:r w:rsidRPr="007E202F">
        <w:rPr>
          <w:rFonts w:ascii="Arial" w:hAnsi="Arial" w:cs="Arial"/>
        </w:rPr>
        <w:t>illeté</w:t>
      </w:r>
      <w:r w:rsidR="00103ADA" w:rsidRPr="007E202F">
        <w:rPr>
          <w:rFonts w:ascii="Arial" w:hAnsi="Arial" w:cs="Arial"/>
        </w:rPr>
        <w:t>-</w:t>
      </w:r>
      <w:r w:rsidRPr="007E202F">
        <w:rPr>
          <w:rFonts w:ascii="Arial" w:hAnsi="Arial" w:cs="Arial"/>
        </w:rPr>
        <w:t>kes</w:t>
      </w:r>
      <w:proofErr w:type="spellEnd"/>
      <w:r w:rsidRPr="007E202F">
        <w:rPr>
          <w:rFonts w:ascii="Arial" w:hAnsi="Arial" w:cs="Arial"/>
        </w:rPr>
        <w:t xml:space="preserve"> bizottság számára áttekinthetők legyenek, valamint, hogy a partneri bevonás eredményei a fejlesztéspolitikai döntés-előkészítésben hasznosuljanak.</w:t>
      </w:r>
    </w:p>
    <w:p w14:paraId="0D40E7DA" w14:textId="290ACAF5" w:rsidR="000811B0" w:rsidRPr="007E202F" w:rsidRDefault="000811B0" w:rsidP="000811B0">
      <w:pPr>
        <w:pStyle w:val="Norml1"/>
        <w:jc w:val="both"/>
        <w:rPr>
          <w:rFonts w:ascii="Arial" w:hAnsi="Arial" w:cs="Arial"/>
        </w:rPr>
      </w:pPr>
      <w:r w:rsidRPr="007E202F">
        <w:rPr>
          <w:rFonts w:ascii="Arial" w:hAnsi="Arial" w:cs="Arial"/>
        </w:rPr>
        <w:t>3. Az illetékes bizottság a partnerségi rendszer működését szakmai szempontból figyelemmel kíséri. Ennek keretében előzetesen megtárgyalhatja az éves partnerségi munkatervet és az éves partnerségi beszámolót, véleményt formálhat a partneri kör, az egyeztetési témák, a dokumentálási rend és a működési szabályok módosításáról, továbbá javaslatot tehet a partnerségi rendszer továbbfejlesztésére.</w:t>
      </w:r>
    </w:p>
    <w:p w14:paraId="0E0B488D" w14:textId="3BDBD4A7" w:rsidR="000811B0" w:rsidRPr="007E202F" w:rsidRDefault="000811B0" w:rsidP="000811B0">
      <w:pPr>
        <w:pStyle w:val="Norml1"/>
        <w:jc w:val="both"/>
        <w:rPr>
          <w:rFonts w:ascii="Arial" w:hAnsi="Arial" w:cs="Arial"/>
        </w:rPr>
      </w:pPr>
      <w:r w:rsidRPr="007E202F">
        <w:rPr>
          <w:rFonts w:ascii="Arial" w:hAnsi="Arial" w:cs="Arial"/>
        </w:rPr>
        <w:t xml:space="preserve">4. A jegyző, illetve a hivatal vezetője gondoskodik a partnerségi feladatok hivatali végrehajtásának megszervezéséről. Feladata különösen a hivatali munkamegosztás, az iratkezelési és adatvédelmi megfelelés, a belső koordináció, valamint a </w:t>
      </w:r>
      <w:proofErr w:type="spellStart"/>
      <w:r w:rsidRPr="007E202F">
        <w:rPr>
          <w:rFonts w:ascii="Arial" w:hAnsi="Arial" w:cs="Arial"/>
        </w:rPr>
        <w:t>végrehaj</w:t>
      </w:r>
      <w:proofErr w:type="spellEnd"/>
      <w:r w:rsidR="0072009F" w:rsidRPr="007E202F">
        <w:rPr>
          <w:rFonts w:ascii="Arial" w:hAnsi="Arial" w:cs="Arial"/>
        </w:rPr>
        <w:t>-</w:t>
      </w:r>
      <w:r w:rsidRPr="007E202F">
        <w:rPr>
          <w:rFonts w:ascii="Arial" w:hAnsi="Arial" w:cs="Arial"/>
        </w:rPr>
        <w:t>tás ellenőrizhetőségének biztosítása. A jegyző vagy a hivatal vezetője kijelöli, illetve a belső hivatali rend szerint meghatározza azt a szervezeti egységet vagy felelős munkatársat, amely a partnerségi rendszer operatív működtetését koordinálja.</w:t>
      </w:r>
    </w:p>
    <w:p w14:paraId="61EAFF18" w14:textId="60AE9801" w:rsidR="000811B0" w:rsidRPr="007E202F" w:rsidRDefault="000811B0" w:rsidP="000811B0">
      <w:pPr>
        <w:pStyle w:val="Norml1"/>
        <w:jc w:val="both"/>
        <w:rPr>
          <w:rFonts w:ascii="Arial" w:hAnsi="Arial" w:cs="Arial"/>
        </w:rPr>
      </w:pPr>
      <w:r w:rsidRPr="007E202F">
        <w:rPr>
          <w:rFonts w:ascii="Arial" w:hAnsi="Arial" w:cs="Arial"/>
        </w:rPr>
        <w:lastRenderedPageBreak/>
        <w:t xml:space="preserve">5. A kijelölt hivatali szervezeti egység látja el a partnerségi rendszer operatív </w:t>
      </w:r>
      <w:proofErr w:type="spellStart"/>
      <w:r w:rsidRPr="007E202F">
        <w:rPr>
          <w:rFonts w:ascii="Arial" w:hAnsi="Arial" w:cs="Arial"/>
        </w:rPr>
        <w:t>koordi</w:t>
      </w:r>
      <w:proofErr w:type="spellEnd"/>
      <w:r w:rsidR="00333A83" w:rsidRPr="007E202F">
        <w:rPr>
          <w:rFonts w:ascii="Arial" w:hAnsi="Arial" w:cs="Arial"/>
        </w:rPr>
        <w:t>-</w:t>
      </w:r>
      <w:r w:rsidRPr="007E202F">
        <w:rPr>
          <w:rFonts w:ascii="Arial" w:hAnsi="Arial" w:cs="Arial"/>
        </w:rPr>
        <w:t>nációját. Feladata különösen a partnerségi nyilvántartás vezetése és felülvizsgálata, az éves partnerségi munkaterv előkészítése, az egyeztetések és fórumok szervezé</w:t>
      </w:r>
      <w:r w:rsidR="00C76FE0" w:rsidRPr="007E202F">
        <w:rPr>
          <w:rFonts w:ascii="Arial" w:hAnsi="Arial" w:cs="Arial"/>
        </w:rPr>
        <w:t>-</w:t>
      </w:r>
      <w:r w:rsidRPr="007E202F">
        <w:rPr>
          <w:rFonts w:ascii="Arial" w:hAnsi="Arial" w:cs="Arial"/>
        </w:rPr>
        <w:t xml:space="preserve">se, a partneri javaslatok és észrevételek nyilvántartása, a dokumentáció </w:t>
      </w:r>
      <w:proofErr w:type="spellStart"/>
      <w:r w:rsidRPr="007E202F">
        <w:rPr>
          <w:rFonts w:ascii="Arial" w:hAnsi="Arial" w:cs="Arial"/>
        </w:rPr>
        <w:t>összegyűj</w:t>
      </w:r>
      <w:r w:rsidR="00C76FE0" w:rsidRPr="007E202F">
        <w:rPr>
          <w:rFonts w:ascii="Arial" w:hAnsi="Arial" w:cs="Arial"/>
        </w:rPr>
        <w:t>-</w:t>
      </w:r>
      <w:r w:rsidRPr="007E202F">
        <w:rPr>
          <w:rFonts w:ascii="Arial" w:hAnsi="Arial" w:cs="Arial"/>
        </w:rPr>
        <w:t>tése</w:t>
      </w:r>
      <w:proofErr w:type="spellEnd"/>
      <w:r w:rsidRPr="007E202F">
        <w:rPr>
          <w:rFonts w:ascii="Arial" w:hAnsi="Arial" w:cs="Arial"/>
        </w:rPr>
        <w:t xml:space="preserve"> és rendszerezése, a visszacsatolások előkészítése, valamint az éves partner</w:t>
      </w:r>
      <w:r w:rsidR="00DF7D6F" w:rsidRPr="007E202F">
        <w:rPr>
          <w:rFonts w:ascii="Arial" w:hAnsi="Arial" w:cs="Arial"/>
        </w:rPr>
        <w:t>-</w:t>
      </w:r>
      <w:proofErr w:type="spellStart"/>
      <w:r w:rsidRPr="007E202F">
        <w:rPr>
          <w:rFonts w:ascii="Arial" w:hAnsi="Arial" w:cs="Arial"/>
        </w:rPr>
        <w:t>ségi</w:t>
      </w:r>
      <w:proofErr w:type="spellEnd"/>
      <w:r w:rsidRPr="007E202F">
        <w:rPr>
          <w:rFonts w:ascii="Arial" w:hAnsi="Arial" w:cs="Arial"/>
        </w:rPr>
        <w:t xml:space="preserve"> beszámoló és – indokolt esetben – az intézkedési terv elő</w:t>
      </w:r>
      <w:r w:rsidR="0044567F" w:rsidRPr="007E202F">
        <w:rPr>
          <w:rFonts w:ascii="Arial" w:hAnsi="Arial" w:cs="Arial"/>
        </w:rPr>
        <w:t>-</w:t>
      </w:r>
      <w:r w:rsidRPr="007E202F">
        <w:rPr>
          <w:rFonts w:ascii="Arial" w:hAnsi="Arial" w:cs="Arial"/>
        </w:rPr>
        <w:t>készítése.</w:t>
      </w:r>
    </w:p>
    <w:p w14:paraId="0F492C90" w14:textId="7385D4D5" w:rsidR="000811B0" w:rsidRPr="007E202F" w:rsidRDefault="000811B0" w:rsidP="000811B0">
      <w:pPr>
        <w:pStyle w:val="Norml1"/>
        <w:jc w:val="both"/>
        <w:rPr>
          <w:rFonts w:ascii="Arial" w:hAnsi="Arial" w:cs="Arial"/>
        </w:rPr>
      </w:pPr>
      <w:r w:rsidRPr="007E202F">
        <w:rPr>
          <w:rFonts w:ascii="Arial" w:hAnsi="Arial" w:cs="Arial"/>
        </w:rPr>
        <w:t>6. A szakmai közreműködők, projektfelelősök és az érintett hivatali munkatársak az adott egyeztetéshez, fejlesztési dokumentumhoz, programhoz vagy projekthez kap</w:t>
      </w:r>
      <w:r w:rsidR="00B57AFC" w:rsidRPr="007E202F">
        <w:rPr>
          <w:rFonts w:ascii="Arial" w:hAnsi="Arial" w:cs="Arial"/>
        </w:rPr>
        <w:t>-</w:t>
      </w:r>
      <w:proofErr w:type="spellStart"/>
      <w:r w:rsidRPr="007E202F">
        <w:rPr>
          <w:rFonts w:ascii="Arial" w:hAnsi="Arial" w:cs="Arial"/>
        </w:rPr>
        <w:t>csolódó</w:t>
      </w:r>
      <w:proofErr w:type="spellEnd"/>
      <w:r w:rsidRPr="007E202F">
        <w:rPr>
          <w:rFonts w:ascii="Arial" w:hAnsi="Arial" w:cs="Arial"/>
        </w:rPr>
        <w:t xml:space="preserve"> szakmai tartalomért felelősek. Közreműködnek a bevonandó partneri kör szakmai érintettségének meghatározásában, az előkészítő anyagok </w:t>
      </w:r>
      <w:proofErr w:type="spellStart"/>
      <w:r w:rsidRPr="007E202F">
        <w:rPr>
          <w:rFonts w:ascii="Arial" w:hAnsi="Arial" w:cs="Arial"/>
        </w:rPr>
        <w:t>összeállításá</w:t>
      </w:r>
      <w:proofErr w:type="spellEnd"/>
      <w:r w:rsidR="00457525" w:rsidRPr="007E202F">
        <w:rPr>
          <w:rFonts w:ascii="Arial" w:hAnsi="Arial" w:cs="Arial"/>
        </w:rPr>
        <w:t>-</w:t>
      </w:r>
      <w:r w:rsidRPr="007E202F">
        <w:rPr>
          <w:rFonts w:ascii="Arial" w:hAnsi="Arial" w:cs="Arial"/>
        </w:rPr>
        <w:t xml:space="preserve">ban, a beérkezett javaslatok szakmai értékelésében, a válaszok és indokolások </w:t>
      </w:r>
      <w:proofErr w:type="spellStart"/>
      <w:r w:rsidRPr="007E202F">
        <w:rPr>
          <w:rFonts w:ascii="Arial" w:hAnsi="Arial" w:cs="Arial"/>
        </w:rPr>
        <w:t>elké</w:t>
      </w:r>
      <w:r w:rsidR="00EB78A8" w:rsidRPr="007E202F">
        <w:rPr>
          <w:rFonts w:ascii="Arial" w:hAnsi="Arial" w:cs="Arial"/>
        </w:rPr>
        <w:t>-</w:t>
      </w:r>
      <w:r w:rsidRPr="007E202F">
        <w:rPr>
          <w:rFonts w:ascii="Arial" w:hAnsi="Arial" w:cs="Arial"/>
        </w:rPr>
        <w:t>szítésében</w:t>
      </w:r>
      <w:proofErr w:type="spellEnd"/>
      <w:r w:rsidRPr="007E202F">
        <w:rPr>
          <w:rFonts w:ascii="Arial" w:hAnsi="Arial" w:cs="Arial"/>
        </w:rPr>
        <w:t>, valamint az adatszolgáltatási és monitoringfeladatok teljesítésében.</w:t>
      </w:r>
    </w:p>
    <w:p w14:paraId="053F58EC" w14:textId="69859E84" w:rsidR="000811B0" w:rsidRPr="007E202F" w:rsidRDefault="000811B0" w:rsidP="000811B0">
      <w:pPr>
        <w:pStyle w:val="Norml1"/>
        <w:jc w:val="both"/>
        <w:rPr>
          <w:rFonts w:ascii="Arial" w:hAnsi="Arial" w:cs="Arial"/>
        </w:rPr>
      </w:pPr>
      <w:r w:rsidRPr="007E202F">
        <w:rPr>
          <w:rFonts w:ascii="Arial" w:hAnsi="Arial" w:cs="Arial"/>
        </w:rPr>
        <w:t>7. A kommunikációs, informatikai és adminisztratív közreműködők a partnerségi folyamatok technikai és szervezési támogatásában vesznek részt. Feladatuk lehet különösen a meghívók és tájékoztatók kiküldése, a honlapi vagy más hivatalos köz</w:t>
      </w:r>
      <w:r w:rsidR="00EB78A8" w:rsidRPr="007E202F">
        <w:rPr>
          <w:rFonts w:ascii="Arial" w:hAnsi="Arial" w:cs="Arial"/>
        </w:rPr>
        <w:t>-</w:t>
      </w:r>
      <w:proofErr w:type="spellStart"/>
      <w:r w:rsidRPr="007E202F">
        <w:rPr>
          <w:rFonts w:ascii="Arial" w:hAnsi="Arial" w:cs="Arial"/>
        </w:rPr>
        <w:t>zétételek</w:t>
      </w:r>
      <w:proofErr w:type="spellEnd"/>
      <w:r w:rsidRPr="007E202F">
        <w:rPr>
          <w:rFonts w:ascii="Arial" w:hAnsi="Arial" w:cs="Arial"/>
        </w:rPr>
        <w:t xml:space="preserve"> előkészítése, az online egyeztetési felületek használatának támogatása, a jelenléti ívek, címzetti listák, emlékeztetők és egyéb dokumentumok kezelésében való közreműködés, valamint a nyilvánosság biztosításához kapcsolódó technikai feladatok ellátása.</w:t>
      </w:r>
    </w:p>
    <w:p w14:paraId="6A430995" w14:textId="7DD940CD" w:rsidR="000811B0" w:rsidRPr="007E202F" w:rsidRDefault="000811B0" w:rsidP="000811B0">
      <w:pPr>
        <w:pStyle w:val="Norml1"/>
        <w:jc w:val="both"/>
        <w:rPr>
          <w:rFonts w:ascii="Arial" w:hAnsi="Arial" w:cs="Arial"/>
        </w:rPr>
      </w:pPr>
      <w:r w:rsidRPr="007E202F">
        <w:rPr>
          <w:rFonts w:ascii="Arial" w:hAnsi="Arial" w:cs="Arial"/>
        </w:rPr>
        <w:t>8. A partnerségi rendszer működtetésével kapcsolatos részletes feladatmegosztást, a döntési, előkészítési, végrehajtási, szakmai, dokumentálási és ellenőrzési felelőssé</w:t>
      </w:r>
      <w:r w:rsidR="00755D4E" w:rsidRPr="007E202F">
        <w:rPr>
          <w:rFonts w:ascii="Arial" w:hAnsi="Arial" w:cs="Arial"/>
        </w:rPr>
        <w:t>-</w:t>
      </w:r>
      <w:proofErr w:type="spellStart"/>
      <w:r w:rsidRPr="007E202F">
        <w:rPr>
          <w:rFonts w:ascii="Arial" w:hAnsi="Arial" w:cs="Arial"/>
        </w:rPr>
        <w:t>geket</w:t>
      </w:r>
      <w:proofErr w:type="spellEnd"/>
      <w:r w:rsidRPr="007E202F">
        <w:rPr>
          <w:rFonts w:ascii="Arial" w:hAnsi="Arial" w:cs="Arial"/>
        </w:rPr>
        <w:t xml:space="preserve"> a jelen szabályzat 9. számú melléklete szerinti felelősségi mátrix tartalmazza.</w:t>
      </w:r>
      <w:r w:rsidR="00755D4E" w:rsidRPr="007E202F">
        <w:rPr>
          <w:rFonts w:ascii="Arial" w:hAnsi="Arial" w:cs="Arial"/>
        </w:rPr>
        <w:br/>
      </w:r>
      <w:r w:rsidRPr="007E202F">
        <w:rPr>
          <w:rFonts w:ascii="Arial" w:hAnsi="Arial" w:cs="Arial"/>
        </w:rPr>
        <w:t>A felelősségi rend alkalmazása során biztosítani kell, hogy a partnerségi feladatok ne egyetlen vezetői szereplőhöz kötődjenek, hanem a közgyűlési döntés</w:t>
      </w:r>
      <w:r w:rsidR="00EB78A8" w:rsidRPr="007E202F">
        <w:rPr>
          <w:rFonts w:ascii="Arial" w:hAnsi="Arial" w:cs="Arial"/>
        </w:rPr>
        <w:t>-</w:t>
      </w:r>
      <w:r w:rsidRPr="007E202F">
        <w:rPr>
          <w:rFonts w:ascii="Arial" w:hAnsi="Arial" w:cs="Arial"/>
        </w:rPr>
        <w:t>hozatal, az elnöki stratégiai irányítás, a hivatali végrehajtás, a szakmai közreműködés és az adminisztratív támogatás egymástól elkülönítve, mégis összehangoltan érvénye</w:t>
      </w:r>
      <w:r w:rsidR="004950C4" w:rsidRPr="007E202F">
        <w:rPr>
          <w:rFonts w:ascii="Arial" w:hAnsi="Arial" w:cs="Arial"/>
        </w:rPr>
        <w:t>-</w:t>
      </w:r>
      <w:r w:rsidRPr="007E202F">
        <w:rPr>
          <w:rFonts w:ascii="Arial" w:hAnsi="Arial" w:cs="Arial"/>
        </w:rPr>
        <w:t>süljön.</w:t>
      </w:r>
    </w:p>
    <w:p w14:paraId="33126D69" w14:textId="77777777" w:rsidR="00715C8A" w:rsidRPr="007E202F" w:rsidRDefault="00CB4BEE">
      <w:pPr>
        <w:pStyle w:val="Cmsor1"/>
        <w:rPr>
          <w:rFonts w:ascii="Arial" w:hAnsi="Arial" w:cs="Arial"/>
          <w:lang w:val="hu-HU"/>
        </w:rPr>
      </w:pPr>
      <w:bookmarkStart w:id="7" w:name="_Toc239678558"/>
      <w:r w:rsidRPr="007E202F">
        <w:rPr>
          <w:rFonts w:ascii="Arial" w:hAnsi="Arial" w:cs="Arial"/>
          <w:lang w:val="hu-HU"/>
        </w:rPr>
        <w:t>VII. Partnerségi nyilvántartás</w:t>
      </w:r>
      <w:bookmarkEnd w:id="7"/>
    </w:p>
    <w:p w14:paraId="64FC3341" w14:textId="62EAC761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A partnerségi rendszer alapdokumentuma a Partnerségi Nyilvántartás, amely </w:t>
      </w:r>
      <w:proofErr w:type="spellStart"/>
      <w:r w:rsidRPr="007E202F">
        <w:rPr>
          <w:sz w:val="24"/>
          <w:szCs w:val="24"/>
          <w:lang w:val="hu-HU"/>
        </w:rPr>
        <w:t>tartal</w:t>
      </w:r>
      <w:r w:rsidR="007F0361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mazza</w:t>
      </w:r>
      <w:proofErr w:type="spellEnd"/>
      <w:r w:rsidRPr="007E202F">
        <w:rPr>
          <w:sz w:val="24"/>
          <w:szCs w:val="24"/>
          <w:lang w:val="hu-HU"/>
        </w:rPr>
        <w:t xml:space="preserve"> a partner nevét, kategóriáját, működési területét, kapcsolattartóját, </w:t>
      </w:r>
      <w:proofErr w:type="spellStart"/>
      <w:r w:rsidRPr="007E202F">
        <w:rPr>
          <w:sz w:val="24"/>
          <w:szCs w:val="24"/>
          <w:lang w:val="hu-HU"/>
        </w:rPr>
        <w:t>elérhetősé</w:t>
      </w:r>
      <w:r w:rsidR="004950C4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gét</w:t>
      </w:r>
      <w:proofErr w:type="spellEnd"/>
      <w:r w:rsidRPr="007E202F">
        <w:rPr>
          <w:sz w:val="24"/>
          <w:szCs w:val="24"/>
          <w:lang w:val="hu-HU"/>
        </w:rPr>
        <w:t xml:space="preserve">, bevonásának indokát, érintett szakmai területét, a kapcsolattartás módját, </w:t>
      </w:r>
      <w:proofErr w:type="spellStart"/>
      <w:r w:rsidRPr="007E202F">
        <w:rPr>
          <w:sz w:val="24"/>
          <w:szCs w:val="24"/>
          <w:lang w:val="hu-HU"/>
        </w:rPr>
        <w:t>vala</w:t>
      </w:r>
      <w:proofErr w:type="spellEnd"/>
      <w:r w:rsidR="004950C4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mint a nyilvántartásba vétel és az utolsó adatfrissítés időpontját.</w:t>
      </w:r>
    </w:p>
    <w:p w14:paraId="3A4723D9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nyilvántartást legalább évente egy alkalommal felül kell vizsgálni.</w:t>
      </w:r>
    </w:p>
    <w:p w14:paraId="56371080" w14:textId="77777777" w:rsidR="00715C8A" w:rsidRPr="007E202F" w:rsidRDefault="00CB4BEE">
      <w:pPr>
        <w:pStyle w:val="Cmsor1"/>
        <w:rPr>
          <w:rFonts w:ascii="Arial" w:hAnsi="Arial" w:cs="Arial"/>
          <w:lang w:val="hu-HU"/>
        </w:rPr>
      </w:pPr>
      <w:bookmarkStart w:id="8" w:name="_Toc239678559"/>
      <w:r w:rsidRPr="007E202F">
        <w:rPr>
          <w:rFonts w:ascii="Arial" w:hAnsi="Arial" w:cs="Arial"/>
          <w:lang w:val="hu-HU"/>
        </w:rPr>
        <w:t>VIII. Éves partnerségi munkaterv</w:t>
      </w:r>
      <w:bookmarkEnd w:id="8"/>
    </w:p>
    <w:p w14:paraId="1980E215" w14:textId="3BAE330A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A megyei önkormányzat minden évben éves partnerségi munkatervet készít, amely meghatározza az adott évben tervezett partnerségi fórumokat, egyeztetéseket, </w:t>
      </w:r>
      <w:proofErr w:type="spellStart"/>
      <w:r w:rsidRPr="007E202F">
        <w:rPr>
          <w:sz w:val="24"/>
          <w:szCs w:val="24"/>
          <w:lang w:val="hu-HU"/>
        </w:rPr>
        <w:t>kie</w:t>
      </w:r>
      <w:r w:rsidR="00EF277E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melt</w:t>
      </w:r>
      <w:proofErr w:type="spellEnd"/>
      <w:r w:rsidRPr="007E202F">
        <w:rPr>
          <w:sz w:val="24"/>
          <w:szCs w:val="24"/>
          <w:lang w:val="hu-HU"/>
        </w:rPr>
        <w:t xml:space="preserve"> témákat, bevonandó partneri köröket, felelősöket, határidőket, dokumentálási kötelezettségeket és az eredmények hasznosításának módját.</w:t>
      </w:r>
    </w:p>
    <w:p w14:paraId="006E0278" w14:textId="05BA2118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lastRenderedPageBreak/>
        <w:t xml:space="preserve">Az éves munkatervet az előző év tapasztalatai, az aktuális fejlesztéspolitikai </w:t>
      </w:r>
      <w:proofErr w:type="spellStart"/>
      <w:r w:rsidRPr="007E202F">
        <w:rPr>
          <w:sz w:val="24"/>
          <w:szCs w:val="24"/>
          <w:lang w:val="hu-HU"/>
        </w:rPr>
        <w:t>felada</w:t>
      </w:r>
      <w:proofErr w:type="spellEnd"/>
      <w:r w:rsidR="005726B7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tok, a közgyűlés munkaterve, a folyamatban lévő programok monitoringigényei és a partnerektől érkezett javaslatok alapján kell előkészíteni.</w:t>
      </w:r>
    </w:p>
    <w:p w14:paraId="176169F9" w14:textId="77777777" w:rsidR="00715C8A" w:rsidRPr="007E202F" w:rsidRDefault="00CB4BEE">
      <w:pPr>
        <w:pStyle w:val="Cmsor1"/>
        <w:rPr>
          <w:rFonts w:ascii="Arial" w:hAnsi="Arial" w:cs="Arial"/>
          <w:lang w:val="hu-HU"/>
        </w:rPr>
      </w:pPr>
      <w:bookmarkStart w:id="9" w:name="_Toc239678560"/>
      <w:r w:rsidRPr="007E202F">
        <w:rPr>
          <w:rFonts w:ascii="Arial" w:hAnsi="Arial" w:cs="Arial"/>
          <w:lang w:val="hu-HU"/>
        </w:rPr>
        <w:t>IX. Partnerségi egyeztetési formák</w:t>
      </w:r>
      <w:bookmarkEnd w:id="9"/>
    </w:p>
    <w:p w14:paraId="0F2B27AA" w14:textId="56DEFC18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partnerségi egyeztetés formái különösen: megyei partnerségi fórum, térségi vagy tematikus szakmai fórum, települési önkormányzati</w:t>
      </w:r>
      <w:r w:rsidR="007604CF" w:rsidRPr="007E202F">
        <w:rPr>
          <w:sz w:val="24"/>
          <w:szCs w:val="24"/>
          <w:lang w:val="hu-HU"/>
        </w:rPr>
        <w:t xml:space="preserve"> </w:t>
      </w:r>
      <w:r w:rsidRPr="007E202F">
        <w:rPr>
          <w:sz w:val="24"/>
          <w:szCs w:val="24"/>
          <w:lang w:val="hu-HU"/>
        </w:rPr>
        <w:t>egyeztetés, szakmai műhely, írásbeli véleményezés, online konzultáció, kérdőíves adatgyűjtés, célzott szakértői egyeztetés, valamint fejlesztési vagy monitoring munkacsoport.</w:t>
      </w:r>
    </w:p>
    <w:p w14:paraId="059D5833" w14:textId="27C27618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A megyei partnerségi fórumot évente legalább két alkalommal célszerű megtartani: tavasszal monitoring- és végrehajtási fókuszú egyeztetésként, ősszel pedig </w:t>
      </w:r>
      <w:proofErr w:type="spellStart"/>
      <w:r w:rsidRPr="007E202F">
        <w:rPr>
          <w:sz w:val="24"/>
          <w:szCs w:val="24"/>
          <w:lang w:val="hu-HU"/>
        </w:rPr>
        <w:t>fejlesz</w:t>
      </w:r>
      <w:r w:rsidR="001B77D9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téspolitikai</w:t>
      </w:r>
      <w:proofErr w:type="spellEnd"/>
      <w:r w:rsidRPr="007E202F">
        <w:rPr>
          <w:sz w:val="24"/>
          <w:szCs w:val="24"/>
          <w:lang w:val="hu-HU"/>
        </w:rPr>
        <w:t>, tervezési és következő évi munkatervet előkészítő fórumként.</w:t>
      </w:r>
    </w:p>
    <w:p w14:paraId="004D578A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Szükség esetén rendkívüli partnerségi egyeztetés is összehívható.</w:t>
      </w:r>
    </w:p>
    <w:p w14:paraId="3223EB0A" w14:textId="77777777" w:rsidR="00715C8A" w:rsidRPr="007E202F" w:rsidRDefault="00CB4BEE">
      <w:pPr>
        <w:pStyle w:val="Cmsor1"/>
        <w:rPr>
          <w:rFonts w:ascii="Arial" w:hAnsi="Arial" w:cs="Arial"/>
          <w:lang w:val="hu-HU"/>
        </w:rPr>
      </w:pPr>
      <w:bookmarkStart w:id="10" w:name="_Toc239678561"/>
      <w:r w:rsidRPr="007E202F">
        <w:rPr>
          <w:rFonts w:ascii="Arial" w:hAnsi="Arial" w:cs="Arial"/>
          <w:lang w:val="hu-HU"/>
        </w:rPr>
        <w:t>X. Az egyeztetések előkészítése és lebonyolítása</w:t>
      </w:r>
      <w:bookmarkEnd w:id="10"/>
    </w:p>
    <w:p w14:paraId="26FCACAD" w14:textId="60A0E44D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Az egyeztetés előkészítése során meg kell határozni az egyeztetés célját, tárgyát, a bevonandó partneri kört, a véleményezésre bocsátandó dokumentumokat, a </w:t>
      </w:r>
      <w:proofErr w:type="spellStart"/>
      <w:r w:rsidRPr="007E202F">
        <w:rPr>
          <w:sz w:val="24"/>
          <w:szCs w:val="24"/>
          <w:lang w:val="hu-HU"/>
        </w:rPr>
        <w:t>vélemé</w:t>
      </w:r>
      <w:r w:rsidR="00223289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nyezési</w:t>
      </w:r>
      <w:proofErr w:type="spellEnd"/>
      <w:r w:rsidRPr="007E202F">
        <w:rPr>
          <w:sz w:val="24"/>
          <w:szCs w:val="24"/>
          <w:lang w:val="hu-HU"/>
        </w:rPr>
        <w:t xml:space="preserve"> határidőt, az alkalmazott kommunikációs csatornákat és a dokumentálás módját.</w:t>
      </w:r>
    </w:p>
    <w:p w14:paraId="46791E62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meghívót és az előkészítő anyagokat úgy kell megküldeni vagy közzétenni, hogy a partnereknek érdemi lehetőségük legyen a felkészülésre.</w:t>
      </w:r>
    </w:p>
    <w:p w14:paraId="2F8F7A45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fórumokról és egyeztetésekről emlékeztetőt kell készíteni.</w:t>
      </w:r>
    </w:p>
    <w:p w14:paraId="2E527100" w14:textId="77777777" w:rsidR="00715C8A" w:rsidRPr="007E202F" w:rsidRDefault="00CB4BEE">
      <w:pPr>
        <w:pStyle w:val="Cmsor1"/>
        <w:rPr>
          <w:rFonts w:ascii="Arial" w:hAnsi="Arial" w:cs="Arial"/>
          <w:lang w:val="hu-HU"/>
        </w:rPr>
      </w:pPr>
      <w:bookmarkStart w:id="11" w:name="_Toc239678562"/>
      <w:r w:rsidRPr="007E202F">
        <w:rPr>
          <w:rFonts w:ascii="Arial" w:hAnsi="Arial" w:cs="Arial"/>
          <w:lang w:val="hu-HU"/>
        </w:rPr>
        <w:t>XI. Partneri javaslatok kezelése és visszacsatolása</w:t>
      </w:r>
      <w:bookmarkEnd w:id="11"/>
    </w:p>
    <w:p w14:paraId="2BC5CEDD" w14:textId="2CAB6BD3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beérkezett partneri javaslatokról nyilvántartást kell vezetni. A javaslat kezelésének eredménye lehet: befogadás, részbeni befogadás, további vizsgálatra utalás vagy elutasítás.</w:t>
      </w:r>
    </w:p>
    <w:p w14:paraId="5E9DC129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partnerek felé a visszacsatolást dokumentált módon kell biztosítani.</w:t>
      </w:r>
    </w:p>
    <w:p w14:paraId="650829AB" w14:textId="77777777" w:rsidR="00715C8A" w:rsidRPr="007E202F" w:rsidRDefault="00CB4BEE">
      <w:pPr>
        <w:pStyle w:val="Cmsor1"/>
        <w:rPr>
          <w:rFonts w:ascii="Arial" w:hAnsi="Arial" w:cs="Arial"/>
          <w:lang w:val="hu-HU"/>
        </w:rPr>
      </w:pPr>
      <w:bookmarkStart w:id="12" w:name="_Toc239678563"/>
      <w:r w:rsidRPr="007E202F">
        <w:rPr>
          <w:rFonts w:ascii="Arial" w:hAnsi="Arial" w:cs="Arial"/>
          <w:lang w:val="hu-HU"/>
        </w:rPr>
        <w:t>XII. Dokumentálási és iratkezelési rend</w:t>
      </w:r>
      <w:bookmarkEnd w:id="12"/>
    </w:p>
    <w:p w14:paraId="053374EB" w14:textId="26C7580E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partnerségi folyamatok dokumentumait az önkormányzat iratkezelési szabály</w:t>
      </w:r>
      <w:r w:rsidR="00223289" w:rsidRPr="007E202F">
        <w:rPr>
          <w:sz w:val="24"/>
          <w:szCs w:val="24"/>
          <w:lang w:val="hu-HU"/>
        </w:rPr>
        <w:t>-</w:t>
      </w:r>
      <w:proofErr w:type="spellStart"/>
      <w:r w:rsidRPr="007E202F">
        <w:rPr>
          <w:sz w:val="24"/>
          <w:szCs w:val="24"/>
          <w:lang w:val="hu-HU"/>
        </w:rPr>
        <w:t>zatával</w:t>
      </w:r>
      <w:proofErr w:type="spellEnd"/>
      <w:r w:rsidRPr="007E202F">
        <w:rPr>
          <w:sz w:val="24"/>
          <w:szCs w:val="24"/>
          <w:lang w:val="hu-HU"/>
        </w:rPr>
        <w:t xml:space="preserve"> összhangban kell kezelni. A dokumentáció részét képezik különösen a meg</w:t>
      </w:r>
      <w:r w:rsidR="00593958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 xml:space="preserve">hívók, jelenléti ívek, emlékeztetők, prezentációk, írásbeli vélemények, kérdőívek, válaszjegyzékek, fotódokumentációk, döntés-előkészítő anyagok, közgyűlési </w:t>
      </w:r>
      <w:proofErr w:type="spellStart"/>
      <w:r w:rsidRPr="007E202F">
        <w:rPr>
          <w:sz w:val="24"/>
          <w:szCs w:val="24"/>
          <w:lang w:val="hu-HU"/>
        </w:rPr>
        <w:t>előter</w:t>
      </w:r>
      <w:r w:rsidR="00223289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jesztések</w:t>
      </w:r>
      <w:proofErr w:type="spellEnd"/>
      <w:r w:rsidRPr="007E202F">
        <w:rPr>
          <w:sz w:val="24"/>
          <w:szCs w:val="24"/>
          <w:lang w:val="hu-HU"/>
        </w:rPr>
        <w:t xml:space="preserve"> és monitoringjelentések.</w:t>
      </w:r>
    </w:p>
    <w:p w14:paraId="22190F26" w14:textId="20BB10DC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dokumentumok megőrzését úgy kell biztosítani, hogy azok ellenőrzés, belső felül</w:t>
      </w:r>
      <w:r w:rsidR="00223289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vizsgálat, közgyűlési tájékoztatás vagy külső adatszolgáltatás esetén visszakeres</w:t>
      </w:r>
      <w:r w:rsidR="00223289" w:rsidRPr="007E202F">
        <w:rPr>
          <w:sz w:val="24"/>
          <w:szCs w:val="24"/>
          <w:lang w:val="hu-HU"/>
        </w:rPr>
        <w:t>-</w:t>
      </w:r>
      <w:proofErr w:type="spellStart"/>
      <w:r w:rsidRPr="007E202F">
        <w:rPr>
          <w:sz w:val="24"/>
          <w:szCs w:val="24"/>
          <w:lang w:val="hu-HU"/>
        </w:rPr>
        <w:t>hetők</w:t>
      </w:r>
      <w:proofErr w:type="spellEnd"/>
      <w:r w:rsidRPr="007E202F">
        <w:rPr>
          <w:sz w:val="24"/>
          <w:szCs w:val="24"/>
          <w:lang w:val="hu-HU"/>
        </w:rPr>
        <w:t xml:space="preserve"> legyenek.</w:t>
      </w:r>
    </w:p>
    <w:p w14:paraId="3666EBFD" w14:textId="77777777" w:rsidR="00715C8A" w:rsidRPr="007E202F" w:rsidRDefault="00CB4BEE">
      <w:pPr>
        <w:pStyle w:val="Cmsor1"/>
        <w:rPr>
          <w:rFonts w:ascii="Arial" w:hAnsi="Arial" w:cs="Arial"/>
          <w:lang w:val="hu-HU"/>
        </w:rPr>
      </w:pPr>
      <w:bookmarkStart w:id="13" w:name="_Toc239678564"/>
      <w:r w:rsidRPr="007E202F">
        <w:rPr>
          <w:rFonts w:ascii="Arial" w:hAnsi="Arial" w:cs="Arial"/>
          <w:lang w:val="hu-HU"/>
        </w:rPr>
        <w:lastRenderedPageBreak/>
        <w:t>XIII. Nyilvánosság és kommunikáció</w:t>
      </w:r>
      <w:bookmarkEnd w:id="13"/>
    </w:p>
    <w:p w14:paraId="257811D1" w14:textId="7BEC6D1D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A partnerségi rendszer működése során biztosítani kell a nyilvánosságot a </w:t>
      </w:r>
      <w:proofErr w:type="spellStart"/>
      <w:r w:rsidRPr="007E202F">
        <w:rPr>
          <w:sz w:val="24"/>
          <w:szCs w:val="24"/>
          <w:lang w:val="hu-HU"/>
        </w:rPr>
        <w:t>jogsza</w:t>
      </w:r>
      <w:r w:rsidR="00DC3023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bályi</w:t>
      </w:r>
      <w:proofErr w:type="spellEnd"/>
      <w:r w:rsidRPr="007E202F">
        <w:rPr>
          <w:sz w:val="24"/>
          <w:szCs w:val="24"/>
          <w:lang w:val="hu-HU"/>
        </w:rPr>
        <w:t xml:space="preserve"> keretek, az adatvédelmi előírások és az önkormányzat kommunikációs rendje szerint.</w:t>
      </w:r>
    </w:p>
    <w:p w14:paraId="0A504EA7" w14:textId="7EFAD94A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honlapon vagy más hivatalos kommunikációs felületen közzé tehető különösen a partnerségi szabályzat, az éves partnerségi munkaterv, a fórumok meghívói, a véleményezésre bocsátott dokumentumok, az egyeztetések összefoglalói, valamint a partneri vélemények kezeléséről szóló összesített tájékoztatás.</w:t>
      </w:r>
    </w:p>
    <w:p w14:paraId="45E61A55" w14:textId="77777777" w:rsidR="00715C8A" w:rsidRPr="007E202F" w:rsidRDefault="00CB4BEE">
      <w:pPr>
        <w:pStyle w:val="Cmsor1"/>
        <w:rPr>
          <w:rFonts w:ascii="Arial" w:hAnsi="Arial" w:cs="Arial"/>
          <w:lang w:val="hu-HU"/>
        </w:rPr>
      </w:pPr>
      <w:bookmarkStart w:id="14" w:name="_Toc239678565"/>
      <w:r w:rsidRPr="007E202F">
        <w:rPr>
          <w:rFonts w:ascii="Arial" w:hAnsi="Arial" w:cs="Arial"/>
          <w:lang w:val="hu-HU"/>
        </w:rPr>
        <w:t>XIV. Adatkezelési szabályok</w:t>
      </w:r>
      <w:bookmarkEnd w:id="14"/>
    </w:p>
    <w:p w14:paraId="278D1B87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partnerségi nyilvántartás és az egyeztetések dokumentálása során személyes adat kizárólag a célhoz kötöttség, adattakarékosság, pontosság, korlátozott tárolhatóság és biztonságos kezelés elveinek megfelelően kezelhető.</w:t>
      </w:r>
    </w:p>
    <w:p w14:paraId="6B65CC0D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partnerek kapcsolattartóinak adatai kizárólag a partnerségi feladatok ellátása, egyeztetések szervezése, szakmai véleményezés, visszacsatolás és dokumentált kapcsolattartás céljából használhatók fel.</w:t>
      </w:r>
    </w:p>
    <w:p w14:paraId="3B520FE6" w14:textId="77777777" w:rsidR="00715C8A" w:rsidRPr="007E202F" w:rsidRDefault="00CB4BEE">
      <w:pPr>
        <w:pStyle w:val="Cmsor1"/>
        <w:rPr>
          <w:rFonts w:ascii="Arial" w:hAnsi="Arial" w:cs="Arial"/>
          <w:lang w:val="hu-HU"/>
        </w:rPr>
      </w:pPr>
      <w:bookmarkStart w:id="15" w:name="_Toc239678566"/>
      <w:r w:rsidRPr="007E202F">
        <w:rPr>
          <w:rFonts w:ascii="Arial" w:hAnsi="Arial" w:cs="Arial"/>
          <w:lang w:val="hu-HU"/>
        </w:rPr>
        <w:t>XV. Monitoring, értékelés és beszámolás</w:t>
      </w:r>
      <w:bookmarkEnd w:id="15"/>
    </w:p>
    <w:p w14:paraId="5638CA16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partnerségi rendszer működését évente értékelni kell. Az értékelés legalább az alábbi szempontokra terjed ki: megtartott fórumok és egyeztetések száma, bevont partnerek száma és köre, beérkezett javaslatok száma, befogadott és elutasított javaslatok aránya, visszacsatolások teljesítése, dokumentáció teljessége, valamint a következő évre javasolt fejlesztési intézkedések.</w:t>
      </w:r>
    </w:p>
    <w:p w14:paraId="5BAD9E88" w14:textId="4BC07E9E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Az éves partnerségi beszámolót a kijelölt hivatali szervezeti egység készíti elő. </w:t>
      </w:r>
      <w:r w:rsidR="00281238" w:rsidRPr="007E202F">
        <w:rPr>
          <w:sz w:val="24"/>
          <w:szCs w:val="24"/>
          <w:lang w:val="hu-HU"/>
        </w:rPr>
        <w:br/>
      </w:r>
      <w:r w:rsidRPr="007E202F">
        <w:rPr>
          <w:sz w:val="24"/>
          <w:szCs w:val="24"/>
          <w:lang w:val="hu-HU"/>
        </w:rPr>
        <w:t>A partnerségi rendszer éves értékelését lehetőség szerint össze kell kapcsolni a megye fejlesztési és monitoringfolyamataival.</w:t>
      </w:r>
    </w:p>
    <w:p w14:paraId="2EA7C0DE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Hiányosság, kockázat vagy fejlesztendő terület feltárása esetén intézkedési terv készül, amely tartalmazza az intézkedést, felelőst, határidőt és a nyomon követés módját.</w:t>
      </w:r>
    </w:p>
    <w:p w14:paraId="749EC8FB" w14:textId="77777777" w:rsidR="00715C8A" w:rsidRPr="007E202F" w:rsidRDefault="00CB4BEE">
      <w:pPr>
        <w:pStyle w:val="Cmsor1"/>
        <w:rPr>
          <w:rFonts w:ascii="Arial" w:hAnsi="Arial" w:cs="Arial"/>
          <w:lang w:val="hu-HU"/>
        </w:rPr>
      </w:pPr>
      <w:bookmarkStart w:id="16" w:name="_Toc239678567"/>
      <w:r w:rsidRPr="007E202F">
        <w:rPr>
          <w:rFonts w:ascii="Arial" w:hAnsi="Arial" w:cs="Arial"/>
          <w:lang w:val="hu-HU"/>
        </w:rPr>
        <w:t>XVI. Ellenőrzési megfelelőség</w:t>
      </w:r>
      <w:bookmarkEnd w:id="16"/>
    </w:p>
    <w:p w14:paraId="0A913834" w14:textId="178172F2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partnerségi rendszer működtetésének kiemelt célja, hogy az önkormányzat ellenőrzés esetén igazolni tudja a partneri kör azonosítását, az egyeztetések megtartását, a vélemények kezelését, a döntések szakmai megalapozását és a visszacsatolás megtörténtét.</w:t>
      </w:r>
    </w:p>
    <w:p w14:paraId="0025CF7A" w14:textId="57196B72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Minden partnerségi folyamat esetében biztosítani kell a minimális bizonyítéki </w:t>
      </w:r>
      <w:proofErr w:type="spellStart"/>
      <w:r w:rsidRPr="007E202F">
        <w:rPr>
          <w:sz w:val="24"/>
          <w:szCs w:val="24"/>
          <w:lang w:val="hu-HU"/>
        </w:rPr>
        <w:t>csoma</w:t>
      </w:r>
      <w:proofErr w:type="spellEnd"/>
      <w:r w:rsidR="00EC781C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got: meghívó vagy közzétételi igazolás, résztvevői vagy címzetti lista, véleményezési anyag, beérkezett észrevételek, javaslatkezelési táblázat, emlékez</w:t>
      </w:r>
      <w:r w:rsidR="00F4705A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tető vagy össze</w:t>
      </w:r>
      <w:r w:rsidR="00EC781C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foglaló, valamint visszacsatolási dokumentum.</w:t>
      </w:r>
    </w:p>
    <w:p w14:paraId="459531B8" w14:textId="7C75728C" w:rsidR="00715C8A" w:rsidRPr="007E202F" w:rsidRDefault="00CB4BEE">
      <w:pPr>
        <w:jc w:val="both"/>
        <w:rPr>
          <w:lang w:val="hu-HU"/>
        </w:rPr>
      </w:pPr>
      <w:r w:rsidRPr="007E202F">
        <w:rPr>
          <w:sz w:val="24"/>
          <w:szCs w:val="24"/>
          <w:lang w:val="hu-HU"/>
        </w:rPr>
        <w:t xml:space="preserve">A kijelölt szervezeti egység figyelemmel kíséri a partneri bevonást veszélyeztető </w:t>
      </w:r>
      <w:proofErr w:type="spellStart"/>
      <w:r w:rsidRPr="007E202F">
        <w:rPr>
          <w:sz w:val="24"/>
          <w:szCs w:val="24"/>
          <w:lang w:val="hu-HU"/>
        </w:rPr>
        <w:t>koc</w:t>
      </w:r>
      <w:r w:rsidR="00F4705A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kázatokat</w:t>
      </w:r>
      <w:proofErr w:type="spellEnd"/>
      <w:r w:rsidRPr="007E202F">
        <w:rPr>
          <w:lang w:val="hu-HU"/>
        </w:rPr>
        <w:t>.</w:t>
      </w:r>
    </w:p>
    <w:p w14:paraId="07A134BE" w14:textId="77777777" w:rsidR="00715C8A" w:rsidRPr="007E202F" w:rsidRDefault="00CB4BEE">
      <w:pPr>
        <w:pStyle w:val="Cmsor1"/>
        <w:rPr>
          <w:rFonts w:ascii="Arial" w:hAnsi="Arial" w:cs="Arial"/>
          <w:lang w:val="hu-HU"/>
        </w:rPr>
      </w:pPr>
      <w:bookmarkStart w:id="17" w:name="_Toc239678568"/>
      <w:r w:rsidRPr="007E202F">
        <w:rPr>
          <w:rFonts w:ascii="Arial" w:hAnsi="Arial" w:cs="Arial"/>
          <w:lang w:val="hu-HU"/>
        </w:rPr>
        <w:lastRenderedPageBreak/>
        <w:t>XVII. A szabályzat felülvizsgálata</w:t>
      </w:r>
      <w:bookmarkEnd w:id="17"/>
    </w:p>
    <w:p w14:paraId="4E71172B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szabályzatot legalább kétévente, továbbá jogszabályváltozás, közgyűlési döntés, ellenőrzési megállapítás, jelentős szervezeti változás vagy feltárt hiányosság esetén soron kívül felül kell vizsgálni.</w:t>
      </w:r>
    </w:p>
    <w:p w14:paraId="6392A4A9" w14:textId="25335360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A felülvizsgálat során értékelni kell, hogy a szabályzat biztosítja-e a partneri bevonás </w:t>
      </w:r>
      <w:proofErr w:type="spellStart"/>
      <w:r w:rsidRPr="007E202F">
        <w:rPr>
          <w:sz w:val="24"/>
          <w:szCs w:val="24"/>
          <w:lang w:val="hu-HU"/>
        </w:rPr>
        <w:t>érdemiségét</w:t>
      </w:r>
      <w:proofErr w:type="spellEnd"/>
      <w:r w:rsidRPr="007E202F">
        <w:rPr>
          <w:sz w:val="24"/>
          <w:szCs w:val="24"/>
          <w:lang w:val="hu-HU"/>
        </w:rPr>
        <w:t xml:space="preserve">, a dokumentálás teljességét, a javaslatkezelés átláthatóságát, a </w:t>
      </w:r>
      <w:proofErr w:type="spellStart"/>
      <w:r w:rsidRPr="007E202F">
        <w:rPr>
          <w:sz w:val="24"/>
          <w:szCs w:val="24"/>
          <w:lang w:val="hu-HU"/>
        </w:rPr>
        <w:t>nyilvá</w:t>
      </w:r>
      <w:r w:rsidR="00EC781C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nosság</w:t>
      </w:r>
      <w:proofErr w:type="spellEnd"/>
      <w:r w:rsidRPr="007E202F">
        <w:rPr>
          <w:sz w:val="24"/>
          <w:szCs w:val="24"/>
          <w:lang w:val="hu-HU"/>
        </w:rPr>
        <w:t xml:space="preserve"> megfelelő szintjét és az ellenőrzési megfelelőséget.</w:t>
      </w:r>
    </w:p>
    <w:p w14:paraId="0BC3D1A5" w14:textId="77777777" w:rsidR="00715C8A" w:rsidRPr="007E202F" w:rsidRDefault="00CB4BEE">
      <w:pPr>
        <w:pStyle w:val="Cmsor1"/>
        <w:rPr>
          <w:rFonts w:ascii="Arial" w:hAnsi="Arial" w:cs="Arial"/>
          <w:lang w:val="hu-HU"/>
        </w:rPr>
      </w:pPr>
      <w:bookmarkStart w:id="18" w:name="_Toc239678569"/>
      <w:r w:rsidRPr="007E202F">
        <w:rPr>
          <w:rFonts w:ascii="Arial" w:hAnsi="Arial" w:cs="Arial"/>
          <w:lang w:val="hu-HU"/>
        </w:rPr>
        <w:t>XVIII. Záró rendelkezések</w:t>
      </w:r>
      <w:bookmarkEnd w:id="18"/>
    </w:p>
    <w:p w14:paraId="724E7025" w14:textId="29B26D2B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Jelen szabályzat a megyei közgyűlés általi elfogadás napján, vagy a közgyűlési határozatban meghatározott időpontban lép hatályba.</w:t>
      </w:r>
    </w:p>
    <w:p w14:paraId="4631270A" w14:textId="517F954F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szabályzat végrehajtásáról a közgyűlés elnöke, a hivatali feladatok megszerve</w:t>
      </w:r>
      <w:r w:rsidR="00F4705A" w:rsidRPr="007E202F">
        <w:rPr>
          <w:sz w:val="24"/>
          <w:szCs w:val="24"/>
          <w:lang w:val="hu-HU"/>
        </w:rPr>
        <w:t>-</w:t>
      </w:r>
      <w:proofErr w:type="spellStart"/>
      <w:r w:rsidRPr="007E202F">
        <w:rPr>
          <w:sz w:val="24"/>
          <w:szCs w:val="24"/>
          <w:lang w:val="hu-HU"/>
        </w:rPr>
        <w:t>zéséről</w:t>
      </w:r>
      <w:proofErr w:type="spellEnd"/>
      <w:r w:rsidRPr="007E202F">
        <w:rPr>
          <w:sz w:val="24"/>
          <w:szCs w:val="24"/>
          <w:lang w:val="hu-HU"/>
        </w:rPr>
        <w:t xml:space="preserve"> a jegyző vagy a hivatal vezetője, a szakmai koordinációról pedig a kijelölt szervezeti egység gondoskodik.</w:t>
      </w:r>
    </w:p>
    <w:p w14:paraId="764FFE6C" w14:textId="77777777" w:rsidR="00762D59" w:rsidRPr="007E202F" w:rsidRDefault="00762D59">
      <w:pPr>
        <w:pStyle w:val="Cmsor1"/>
        <w:rPr>
          <w:lang w:val="hu-HU"/>
        </w:rPr>
      </w:pPr>
    </w:p>
    <w:p w14:paraId="3C76B8EC" w14:textId="77777777" w:rsidR="00762D59" w:rsidRPr="007E202F" w:rsidRDefault="00762D59">
      <w:pPr>
        <w:pStyle w:val="Cmsor1"/>
        <w:rPr>
          <w:lang w:val="hu-HU"/>
        </w:rPr>
      </w:pPr>
    </w:p>
    <w:p w14:paraId="62BB2D77" w14:textId="77777777" w:rsidR="002C780F" w:rsidRPr="007E202F" w:rsidRDefault="002C780F">
      <w:pPr>
        <w:pStyle w:val="Cmsor1"/>
        <w:rPr>
          <w:lang w:val="hu-HU"/>
        </w:rPr>
      </w:pPr>
    </w:p>
    <w:p w14:paraId="516DF109" w14:textId="77777777" w:rsidR="00E96282" w:rsidRPr="007E202F" w:rsidRDefault="00E96282" w:rsidP="00E96282">
      <w:pPr>
        <w:rPr>
          <w:lang w:val="hu-HU"/>
        </w:rPr>
      </w:pPr>
    </w:p>
    <w:p w14:paraId="768EA6DF" w14:textId="77777777" w:rsidR="00E96282" w:rsidRPr="007E202F" w:rsidRDefault="00E96282" w:rsidP="00E96282">
      <w:pPr>
        <w:rPr>
          <w:lang w:val="hu-HU"/>
        </w:rPr>
      </w:pPr>
    </w:p>
    <w:p w14:paraId="1EF52092" w14:textId="77777777" w:rsidR="00E96282" w:rsidRPr="007E202F" w:rsidRDefault="00E96282" w:rsidP="00E96282">
      <w:pPr>
        <w:rPr>
          <w:lang w:val="hu-HU"/>
        </w:rPr>
      </w:pPr>
    </w:p>
    <w:p w14:paraId="4489E667" w14:textId="77777777" w:rsidR="00E96282" w:rsidRPr="007E202F" w:rsidRDefault="00E96282" w:rsidP="00E96282">
      <w:pPr>
        <w:rPr>
          <w:lang w:val="hu-HU"/>
        </w:rPr>
      </w:pPr>
    </w:p>
    <w:p w14:paraId="60F628C2" w14:textId="77777777" w:rsidR="00E96282" w:rsidRPr="007E202F" w:rsidRDefault="00E96282" w:rsidP="00E96282">
      <w:pPr>
        <w:rPr>
          <w:lang w:val="hu-HU"/>
        </w:rPr>
      </w:pPr>
    </w:p>
    <w:p w14:paraId="4D3E769D" w14:textId="77777777" w:rsidR="002C780F" w:rsidRPr="007E202F" w:rsidRDefault="002C780F">
      <w:pPr>
        <w:pStyle w:val="Cmsor1"/>
        <w:rPr>
          <w:lang w:val="hu-HU"/>
        </w:rPr>
      </w:pPr>
    </w:p>
    <w:p w14:paraId="1BB642FD" w14:textId="77777777" w:rsidR="002C780F" w:rsidRPr="007E202F" w:rsidRDefault="002C780F">
      <w:pPr>
        <w:pStyle w:val="Cmsor1"/>
        <w:rPr>
          <w:lang w:val="hu-HU"/>
        </w:rPr>
      </w:pPr>
    </w:p>
    <w:p w14:paraId="6E5DAF8C" w14:textId="77777777" w:rsidR="00B7712B" w:rsidRPr="007E202F" w:rsidRDefault="00B7712B" w:rsidP="00B7712B">
      <w:pPr>
        <w:rPr>
          <w:lang w:val="hu-HU"/>
        </w:rPr>
      </w:pPr>
    </w:p>
    <w:p w14:paraId="06686971" w14:textId="77777777" w:rsidR="00B7712B" w:rsidRPr="007E202F" w:rsidRDefault="00B7712B" w:rsidP="00B7712B">
      <w:pPr>
        <w:rPr>
          <w:lang w:val="hu-HU"/>
        </w:rPr>
      </w:pPr>
    </w:p>
    <w:p w14:paraId="0F303C2C" w14:textId="77777777" w:rsidR="002C780F" w:rsidRPr="007E202F" w:rsidRDefault="002C780F">
      <w:pPr>
        <w:pStyle w:val="Cmsor1"/>
        <w:rPr>
          <w:lang w:val="hu-HU"/>
        </w:rPr>
      </w:pPr>
    </w:p>
    <w:p w14:paraId="7594963E" w14:textId="77777777" w:rsidR="00336C5A" w:rsidRPr="007E202F" w:rsidRDefault="00336C5A">
      <w:pPr>
        <w:pStyle w:val="Cmsor1"/>
        <w:rPr>
          <w:lang w:val="hu-HU"/>
        </w:rPr>
      </w:pPr>
    </w:p>
    <w:p w14:paraId="2EAB447F" w14:textId="77777777" w:rsidR="00336C5A" w:rsidRPr="007E202F" w:rsidRDefault="00336C5A">
      <w:pPr>
        <w:pStyle w:val="Cmsor1"/>
        <w:rPr>
          <w:lang w:val="hu-HU"/>
        </w:rPr>
      </w:pPr>
    </w:p>
    <w:p w14:paraId="7F053597" w14:textId="77777777" w:rsidR="00336C5A" w:rsidRPr="007E202F" w:rsidRDefault="00336C5A">
      <w:pPr>
        <w:pStyle w:val="Cmsor1"/>
        <w:rPr>
          <w:lang w:val="hu-HU"/>
        </w:rPr>
      </w:pPr>
    </w:p>
    <w:p w14:paraId="66B37E2D" w14:textId="7B6F7C6C" w:rsidR="00715C8A" w:rsidRPr="007E202F" w:rsidRDefault="00CB4BEE">
      <w:pPr>
        <w:pStyle w:val="Cmsor1"/>
        <w:rPr>
          <w:lang w:val="hu-HU"/>
        </w:rPr>
      </w:pPr>
      <w:bookmarkStart w:id="19" w:name="_Toc239678570"/>
      <w:r w:rsidRPr="007E202F">
        <w:rPr>
          <w:lang w:val="hu-HU"/>
        </w:rPr>
        <w:t>XIX. Mellékletek</w:t>
      </w:r>
      <w:bookmarkEnd w:id="19"/>
    </w:p>
    <w:p w14:paraId="0EFC727F" w14:textId="77777777" w:rsidR="00715C8A" w:rsidRPr="007E202F" w:rsidRDefault="00CB4BEE">
      <w:pPr>
        <w:pStyle w:val="Szmozottlista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1. számú melléklet: Partnerségi Nyilvántartás mintája</w:t>
      </w:r>
    </w:p>
    <w:p w14:paraId="05C12611" w14:textId="77777777" w:rsidR="00715C8A" w:rsidRPr="007E202F" w:rsidRDefault="00CB4BEE">
      <w:pPr>
        <w:pStyle w:val="Szmozottlista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2. számú melléklet: Éves Partnerségi Munkaterv mintája</w:t>
      </w:r>
    </w:p>
    <w:p w14:paraId="5DDE08EE" w14:textId="77777777" w:rsidR="00715C8A" w:rsidRPr="007E202F" w:rsidRDefault="00CB4BEE">
      <w:pPr>
        <w:pStyle w:val="Szmozottlista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3. számú melléklet: Partnerségi Fórum meghívó mintája</w:t>
      </w:r>
    </w:p>
    <w:p w14:paraId="2A09797D" w14:textId="77777777" w:rsidR="00715C8A" w:rsidRPr="007E202F" w:rsidRDefault="00CB4BEE">
      <w:pPr>
        <w:pStyle w:val="Szmozottlista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4. számú melléklet: Jelenléti ív mintája</w:t>
      </w:r>
    </w:p>
    <w:p w14:paraId="488680E2" w14:textId="77777777" w:rsidR="00715C8A" w:rsidRPr="007E202F" w:rsidRDefault="00CB4BEE">
      <w:pPr>
        <w:pStyle w:val="Szmozottlista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5. számú melléklet: Partnerségi emlékeztető mintája</w:t>
      </w:r>
    </w:p>
    <w:p w14:paraId="6B0B3B16" w14:textId="77777777" w:rsidR="00715C8A" w:rsidRPr="007E202F" w:rsidRDefault="00CB4BEE">
      <w:pPr>
        <w:pStyle w:val="Szmozottlista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6. számú melléklet: Partneri javaslatok és válaszok nyilvántartása</w:t>
      </w:r>
    </w:p>
    <w:p w14:paraId="334CC581" w14:textId="3472B3BB" w:rsidR="00715C8A" w:rsidRPr="00E5134E" w:rsidRDefault="00CB4BEE" w:rsidP="00E5134E">
      <w:pPr>
        <w:pStyle w:val="Szmozottlista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7. számú melléklet: Éves partnerségi beszámoló mintája</w:t>
      </w:r>
    </w:p>
    <w:p w14:paraId="2341C3D3" w14:textId="0F16C9D2" w:rsidR="00715C8A" w:rsidRPr="007E202F" w:rsidRDefault="00E5134E" w:rsidP="00E5134E">
      <w:pPr>
        <w:pStyle w:val="Szmozottlista"/>
        <w:rPr>
          <w:sz w:val="24"/>
          <w:szCs w:val="24"/>
          <w:lang w:val="hu-HU"/>
        </w:rPr>
      </w:pPr>
      <w:r>
        <w:rPr>
          <w:sz w:val="24"/>
          <w:szCs w:val="24"/>
          <w:lang w:val="hu-HU"/>
        </w:rPr>
        <w:t xml:space="preserve">8. </w:t>
      </w:r>
      <w:r w:rsidR="00CB4BEE" w:rsidRPr="007E202F">
        <w:rPr>
          <w:sz w:val="24"/>
          <w:szCs w:val="24"/>
          <w:lang w:val="hu-HU"/>
        </w:rPr>
        <w:t>számú melléklet: Felelősségi mátrix a partnerségi rendszer működtetéséhez</w:t>
      </w:r>
    </w:p>
    <w:p w14:paraId="2D0246F3" w14:textId="22ECB5B0" w:rsidR="00715C8A" w:rsidRPr="007E202F" w:rsidRDefault="00F43C20" w:rsidP="00F43C20">
      <w:pPr>
        <w:pStyle w:val="Szmozottlista"/>
        <w:tabs>
          <w:tab w:val="clear" w:pos="360"/>
        </w:tabs>
        <w:ind w:left="284" w:hanging="284"/>
        <w:rPr>
          <w:sz w:val="24"/>
          <w:szCs w:val="24"/>
          <w:lang w:val="hu-HU"/>
        </w:rPr>
      </w:pPr>
      <w:r>
        <w:rPr>
          <w:sz w:val="24"/>
          <w:szCs w:val="24"/>
          <w:lang w:val="hu-HU"/>
        </w:rPr>
        <w:t xml:space="preserve"> 9</w:t>
      </w:r>
      <w:r w:rsidR="00CB4BEE" w:rsidRPr="007E202F">
        <w:rPr>
          <w:sz w:val="24"/>
          <w:szCs w:val="24"/>
          <w:lang w:val="hu-HU"/>
        </w:rPr>
        <w:t>. számú melléklet: Éves partnerségi intézkedési terv mintája</w:t>
      </w:r>
    </w:p>
    <w:p w14:paraId="35837A33" w14:textId="7F67A37C" w:rsidR="00715C8A" w:rsidRPr="007E202F" w:rsidRDefault="00CB4BEE" w:rsidP="001F0F4E">
      <w:pPr>
        <w:pStyle w:val="Szmozottlista"/>
        <w:tabs>
          <w:tab w:val="clear" w:pos="360"/>
        </w:tabs>
        <w:ind w:left="284" w:hanging="426"/>
        <w:rPr>
          <w:sz w:val="24"/>
          <w:szCs w:val="24"/>
          <w:lang w:val="hu-HU"/>
        </w:rPr>
        <w:sectPr w:rsidR="00715C8A" w:rsidRPr="007E202F" w:rsidSect="00C81342">
          <w:headerReference w:type="default" r:id="rId9"/>
          <w:footerReference w:type="default" r:id="rId10"/>
          <w:pgSz w:w="11906" w:h="16838"/>
          <w:pgMar w:top="1247" w:right="1418" w:bottom="1134" w:left="1418" w:header="720" w:footer="720" w:gutter="0"/>
          <w:pgNumType w:start="0"/>
          <w:cols w:space="720"/>
          <w:titlePg/>
          <w:docGrid w:linePitch="360"/>
        </w:sectPr>
      </w:pPr>
      <w:r w:rsidRPr="007E202F">
        <w:rPr>
          <w:sz w:val="24"/>
          <w:szCs w:val="24"/>
          <w:lang w:val="hu-HU"/>
        </w:rPr>
        <w:t>1</w:t>
      </w:r>
      <w:r w:rsidR="00F43C20">
        <w:rPr>
          <w:sz w:val="24"/>
          <w:szCs w:val="24"/>
          <w:lang w:val="hu-HU"/>
        </w:rPr>
        <w:t>0</w:t>
      </w:r>
      <w:r w:rsidRPr="007E202F">
        <w:rPr>
          <w:sz w:val="24"/>
          <w:szCs w:val="24"/>
          <w:lang w:val="hu-HU"/>
        </w:rPr>
        <w:t>. számú melléklet: Partnerségi kockázati nyilvántartási mintája</w:t>
      </w:r>
    </w:p>
    <w:p w14:paraId="0AEDDD88" w14:textId="77777777" w:rsidR="00F94BFD" w:rsidRPr="007E202F" w:rsidRDefault="00F94BFD" w:rsidP="00F94BFD">
      <w:pPr>
        <w:pStyle w:val="Cmsor1"/>
        <w:rPr>
          <w:rFonts w:ascii="Arial" w:hAnsi="Arial" w:cs="Arial"/>
          <w:lang w:val="hu-HU"/>
        </w:rPr>
      </w:pPr>
    </w:p>
    <w:p w14:paraId="254D74C1" w14:textId="77777777" w:rsidR="00BB3743" w:rsidRPr="007E202F" w:rsidRDefault="00BB3743" w:rsidP="00BB3743">
      <w:pPr>
        <w:rPr>
          <w:lang w:val="hu-HU"/>
        </w:rPr>
      </w:pPr>
    </w:p>
    <w:p w14:paraId="30B12B95" w14:textId="77777777" w:rsidR="00BB3743" w:rsidRPr="007E202F" w:rsidRDefault="00BB3743" w:rsidP="00BB3743">
      <w:pPr>
        <w:rPr>
          <w:lang w:val="hu-HU"/>
        </w:rPr>
      </w:pPr>
    </w:p>
    <w:p w14:paraId="0FF3D670" w14:textId="62585B8F" w:rsidR="00715C8A" w:rsidRPr="007E202F" w:rsidRDefault="00CB4BEE" w:rsidP="008D7D20">
      <w:pPr>
        <w:pStyle w:val="Cmsor1"/>
        <w:numPr>
          <w:ilvl w:val="0"/>
          <w:numId w:val="10"/>
        </w:numPr>
        <w:ind w:left="284" w:hanging="284"/>
        <w:rPr>
          <w:rFonts w:ascii="Arial" w:hAnsi="Arial" w:cs="Arial"/>
          <w:lang w:val="hu-HU"/>
        </w:rPr>
      </w:pPr>
      <w:bookmarkStart w:id="20" w:name="_Toc239678571"/>
      <w:r w:rsidRPr="007E202F">
        <w:rPr>
          <w:rFonts w:ascii="Arial" w:hAnsi="Arial" w:cs="Arial"/>
          <w:lang w:val="hu-HU"/>
        </w:rPr>
        <w:t>számú melléklet: Partnerségi Nyilvántartás mintája</w:t>
      </w:r>
      <w:bookmarkEnd w:id="20"/>
    </w:p>
    <w:p w14:paraId="200BAB9A" w14:textId="77777777" w:rsidR="00D97B41" w:rsidRPr="007E202F" w:rsidRDefault="00D97B41" w:rsidP="00D97B41">
      <w:pPr>
        <w:rPr>
          <w:lang w:val="hu-HU"/>
        </w:rPr>
      </w:pPr>
    </w:p>
    <w:p w14:paraId="18764D59" w14:textId="578896A9" w:rsidR="00715C8A" w:rsidRPr="007E202F" w:rsidRDefault="00CB4BEE">
      <w:pPr>
        <w:jc w:val="both"/>
        <w:rPr>
          <w:lang w:val="hu-HU"/>
        </w:rPr>
      </w:pPr>
      <w:r w:rsidRPr="007E202F">
        <w:rPr>
          <w:sz w:val="24"/>
          <w:szCs w:val="24"/>
          <w:lang w:val="hu-HU"/>
        </w:rPr>
        <w:t xml:space="preserve">A Partnerségi Nyilvántartás célja, hogy a megyei önkormányzat egységes, naprakész és ellenőrizhető módon tartsa nyilván a </w:t>
      </w:r>
      <w:r w:rsidR="00533BA9" w:rsidRPr="007E202F">
        <w:rPr>
          <w:sz w:val="24"/>
          <w:szCs w:val="24"/>
          <w:lang w:val="hu-HU"/>
        </w:rPr>
        <w:t>Területfej-</w:t>
      </w:r>
      <w:proofErr w:type="spellStart"/>
      <w:r w:rsidR="00533BA9" w:rsidRPr="007E202F">
        <w:rPr>
          <w:sz w:val="24"/>
          <w:szCs w:val="24"/>
          <w:lang w:val="hu-HU"/>
        </w:rPr>
        <w:t>lesztési</w:t>
      </w:r>
      <w:proofErr w:type="spellEnd"/>
      <w:r w:rsidRPr="007E202F">
        <w:rPr>
          <w:sz w:val="24"/>
          <w:szCs w:val="24"/>
          <w:lang w:val="hu-HU"/>
        </w:rPr>
        <w:t>, területrendezési, fejlesztéspolitikai és kapcsolódó egyeztetésekbe bevonható partnereket</w:t>
      </w:r>
      <w:r w:rsidRPr="007E202F">
        <w:rPr>
          <w:lang w:val="hu-HU"/>
        </w:rPr>
        <w:t>.</w:t>
      </w:r>
    </w:p>
    <w:p w14:paraId="7D0B8821" w14:textId="77777777" w:rsidR="00F94BFD" w:rsidRPr="007E202F" w:rsidRDefault="00F94BFD">
      <w:pPr>
        <w:jc w:val="both"/>
        <w:rPr>
          <w:lang w:val="hu-HU"/>
        </w:rPr>
      </w:pPr>
    </w:p>
    <w:p w14:paraId="417F9834" w14:textId="77777777" w:rsidR="00F94BFD" w:rsidRPr="007E202F" w:rsidRDefault="00F94BFD">
      <w:pPr>
        <w:jc w:val="both"/>
        <w:rPr>
          <w:lang w:val="hu-HU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514"/>
        <w:gridCol w:w="1514"/>
        <w:gridCol w:w="1514"/>
        <w:gridCol w:w="1514"/>
        <w:gridCol w:w="1514"/>
        <w:gridCol w:w="1514"/>
        <w:gridCol w:w="1514"/>
        <w:gridCol w:w="1514"/>
        <w:gridCol w:w="1514"/>
        <w:gridCol w:w="1514"/>
      </w:tblGrid>
      <w:tr w:rsidR="00715C8A" w:rsidRPr="007E202F" w14:paraId="7CA5E202" w14:textId="77777777">
        <w:trPr>
          <w:jc w:val="center"/>
        </w:trPr>
        <w:tc>
          <w:tcPr>
            <w:tcW w:w="151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820DD3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Sorszám</w:t>
            </w:r>
          </w:p>
        </w:tc>
        <w:tc>
          <w:tcPr>
            <w:tcW w:w="151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591DDC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Partner neve</w:t>
            </w:r>
          </w:p>
        </w:tc>
        <w:tc>
          <w:tcPr>
            <w:tcW w:w="151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DB6254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Partner típusa</w:t>
            </w:r>
          </w:p>
        </w:tc>
        <w:tc>
          <w:tcPr>
            <w:tcW w:w="151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580F74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Székhely / működési terület</w:t>
            </w:r>
          </w:p>
        </w:tc>
        <w:tc>
          <w:tcPr>
            <w:tcW w:w="151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558DEF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Kapcsolattartó</w:t>
            </w:r>
          </w:p>
        </w:tc>
        <w:tc>
          <w:tcPr>
            <w:tcW w:w="151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32FDE3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Elérhetőség</w:t>
            </w:r>
          </w:p>
        </w:tc>
        <w:tc>
          <w:tcPr>
            <w:tcW w:w="151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42D53E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Bevonás indoka</w:t>
            </w:r>
          </w:p>
        </w:tc>
        <w:tc>
          <w:tcPr>
            <w:tcW w:w="151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FB74F4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Érintett szakmai terület</w:t>
            </w:r>
          </w:p>
        </w:tc>
        <w:tc>
          <w:tcPr>
            <w:tcW w:w="151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C28EC8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Utolsó adatfrissítés</w:t>
            </w:r>
          </w:p>
        </w:tc>
        <w:tc>
          <w:tcPr>
            <w:tcW w:w="151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EC55D6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Megjegyzés</w:t>
            </w:r>
          </w:p>
        </w:tc>
      </w:tr>
      <w:tr w:rsidR="00715C8A" w:rsidRPr="007E202F" w14:paraId="55C5DC04" w14:textId="77777777">
        <w:trPr>
          <w:jc w:val="center"/>
        </w:trPr>
        <w:tc>
          <w:tcPr>
            <w:tcW w:w="15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DC5CD1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1.</w:t>
            </w:r>
          </w:p>
        </w:tc>
        <w:tc>
          <w:tcPr>
            <w:tcW w:w="15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E17B97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[Partner megnevezése]</w:t>
            </w:r>
          </w:p>
        </w:tc>
        <w:tc>
          <w:tcPr>
            <w:tcW w:w="15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4F3C82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[települési önkormányzat / civil szervezet / gazdasági szereplő / kamara / oktatási intézmény / egyház / államigazgatási szerv / egyéb]</w:t>
            </w:r>
          </w:p>
        </w:tc>
        <w:tc>
          <w:tcPr>
            <w:tcW w:w="15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D0F9E1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[település, térség]</w:t>
            </w:r>
          </w:p>
        </w:tc>
        <w:tc>
          <w:tcPr>
            <w:tcW w:w="15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0EFE7C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[név, beosztás]</w:t>
            </w:r>
          </w:p>
        </w:tc>
        <w:tc>
          <w:tcPr>
            <w:tcW w:w="15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45BB67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[e-mail, telefon]</w:t>
            </w:r>
          </w:p>
        </w:tc>
        <w:tc>
          <w:tcPr>
            <w:tcW w:w="15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334EE3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[jogszabályi, szakmai, térségi vagy projektérintettség]</w:t>
            </w:r>
          </w:p>
        </w:tc>
        <w:tc>
          <w:tcPr>
            <w:tcW w:w="15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662698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[pl. gazdaságfejlesztés, közlekedés, turizmus, vidékfejlesztés, környezetvédelem]</w:t>
            </w:r>
          </w:p>
        </w:tc>
        <w:tc>
          <w:tcPr>
            <w:tcW w:w="15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E35DAD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[dátum]</w:t>
            </w:r>
          </w:p>
        </w:tc>
        <w:tc>
          <w:tcPr>
            <w:tcW w:w="15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8D8220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[aktív / inaktív / frissítendő]</w:t>
            </w:r>
          </w:p>
        </w:tc>
      </w:tr>
    </w:tbl>
    <w:p w14:paraId="22966FDA" w14:textId="77777777" w:rsidR="00715C8A" w:rsidRPr="007E202F" w:rsidRDefault="00715C8A">
      <w:pPr>
        <w:rPr>
          <w:lang w:val="hu-HU"/>
        </w:rPr>
      </w:pPr>
    </w:p>
    <w:p w14:paraId="004DD557" w14:textId="77777777" w:rsidR="00715C8A" w:rsidRPr="007E202F" w:rsidRDefault="00715C8A">
      <w:pPr>
        <w:rPr>
          <w:lang w:val="hu-HU"/>
        </w:rPr>
        <w:sectPr w:rsidR="00715C8A" w:rsidRPr="007E202F">
          <w:pgSz w:w="16838" w:h="11906" w:orient="landscape"/>
          <w:pgMar w:top="907" w:right="850" w:bottom="850" w:left="850" w:header="720" w:footer="720" w:gutter="0"/>
          <w:cols w:space="720"/>
          <w:docGrid w:linePitch="360"/>
        </w:sectPr>
      </w:pPr>
    </w:p>
    <w:p w14:paraId="28668EEA" w14:textId="77777777" w:rsidR="001A3884" w:rsidRPr="007E202F" w:rsidRDefault="001A3884" w:rsidP="001A3884">
      <w:pPr>
        <w:pStyle w:val="Cmsor1"/>
        <w:ind w:left="360"/>
        <w:rPr>
          <w:rFonts w:ascii="Arial" w:hAnsi="Arial" w:cs="Arial"/>
          <w:lang w:val="hu-HU"/>
        </w:rPr>
      </w:pPr>
    </w:p>
    <w:p w14:paraId="298A1166" w14:textId="77777777" w:rsidR="00392FCC" w:rsidRPr="007E202F" w:rsidRDefault="00392FCC" w:rsidP="001A3884">
      <w:pPr>
        <w:pStyle w:val="Cmsor1"/>
        <w:ind w:left="360"/>
        <w:rPr>
          <w:rFonts w:ascii="Arial" w:hAnsi="Arial" w:cs="Arial"/>
          <w:lang w:val="hu-HU"/>
        </w:rPr>
      </w:pPr>
    </w:p>
    <w:p w14:paraId="44FE2799" w14:textId="16D51EBE" w:rsidR="00715C8A" w:rsidRPr="007E202F" w:rsidRDefault="00CB4BEE" w:rsidP="00392FCC">
      <w:pPr>
        <w:pStyle w:val="Cmsor1"/>
        <w:numPr>
          <w:ilvl w:val="0"/>
          <w:numId w:val="10"/>
        </w:numPr>
        <w:rPr>
          <w:rFonts w:ascii="Arial" w:hAnsi="Arial" w:cs="Arial"/>
          <w:lang w:val="hu-HU"/>
        </w:rPr>
      </w:pPr>
      <w:bookmarkStart w:id="21" w:name="_Toc239678572"/>
      <w:r w:rsidRPr="007E202F">
        <w:rPr>
          <w:rFonts w:ascii="Arial" w:hAnsi="Arial" w:cs="Arial"/>
          <w:lang w:val="hu-HU"/>
        </w:rPr>
        <w:t>számú melléklet: Éves Partnerségi Munkaterv mintája</w:t>
      </w:r>
      <w:bookmarkEnd w:id="21"/>
    </w:p>
    <w:p w14:paraId="363406A0" w14:textId="77777777" w:rsidR="00D97B41" w:rsidRPr="007E202F" w:rsidRDefault="00D97B41" w:rsidP="00D97B41">
      <w:pPr>
        <w:pStyle w:val="Listaszerbekezds"/>
        <w:rPr>
          <w:lang w:val="hu-HU"/>
        </w:rPr>
      </w:pPr>
    </w:p>
    <w:p w14:paraId="6541ECE0" w14:textId="6CD17922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Az éves partnerségi munkaterv az adott évre meghatározza a partnerségi rendszer működtetésének fő feladatait, a tervezett egyeztetéseket, fórumokat, véleményezési folyamatokat, felelősöket és határidőket.</w:t>
      </w:r>
    </w:p>
    <w:p w14:paraId="2419E1CA" w14:textId="77777777" w:rsidR="00392FCC" w:rsidRPr="007E202F" w:rsidRDefault="00392FCC">
      <w:pPr>
        <w:jc w:val="both"/>
        <w:rPr>
          <w:sz w:val="24"/>
          <w:szCs w:val="24"/>
          <w:lang w:val="hu-HU"/>
        </w:rPr>
      </w:pPr>
    </w:p>
    <w:p w14:paraId="2ED19608" w14:textId="77777777" w:rsidR="00392FCC" w:rsidRPr="007E202F" w:rsidRDefault="00392FCC">
      <w:pPr>
        <w:jc w:val="both"/>
        <w:rPr>
          <w:sz w:val="24"/>
          <w:szCs w:val="24"/>
          <w:lang w:val="hu-HU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 w:rsidR="00715C8A" w:rsidRPr="007E202F" w14:paraId="60CEEEBE" w14:textId="77777777">
        <w:trPr>
          <w:jc w:val="center"/>
        </w:trPr>
        <w:tc>
          <w:tcPr>
            <w:tcW w:w="216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2942DD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Időszak</w:t>
            </w:r>
          </w:p>
        </w:tc>
        <w:tc>
          <w:tcPr>
            <w:tcW w:w="216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F6EAEF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Tervezett partnerségi feladat</w:t>
            </w:r>
          </w:p>
        </w:tc>
        <w:tc>
          <w:tcPr>
            <w:tcW w:w="216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9F93B6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Érintett partneri kör</w:t>
            </w:r>
          </w:p>
        </w:tc>
        <w:tc>
          <w:tcPr>
            <w:tcW w:w="216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F29280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Felelős</w:t>
            </w:r>
          </w:p>
        </w:tc>
        <w:tc>
          <w:tcPr>
            <w:tcW w:w="216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EAE2D6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Határidő</w:t>
            </w:r>
          </w:p>
        </w:tc>
        <w:tc>
          <w:tcPr>
            <w:tcW w:w="216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0CF745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Elvárt dokumentum</w:t>
            </w:r>
          </w:p>
        </w:tc>
        <w:tc>
          <w:tcPr>
            <w:tcW w:w="216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76EF81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Eredmény / hasznosítás</w:t>
            </w:r>
          </w:p>
        </w:tc>
      </w:tr>
      <w:tr w:rsidR="00715C8A" w:rsidRPr="007E202F" w14:paraId="50107325" w14:textId="77777777">
        <w:trPr>
          <w:jc w:val="center"/>
        </w:trPr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A9E8C7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I. negyedév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5420DC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Partneri nyilvántartás felülvizsgálata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7DA0D2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valamennyi nyilvántartott partner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8F465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[szervezeti egység]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8B7930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[dátum]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B4F5A2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frissített partnerségi nyilvántartás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4047D5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naprakész partneri adatbázis</w:t>
            </w:r>
          </w:p>
        </w:tc>
      </w:tr>
      <w:tr w:rsidR="00715C8A" w:rsidRPr="007E202F" w14:paraId="1D5D4205" w14:textId="77777777">
        <w:trPr>
          <w:jc w:val="center"/>
        </w:trPr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1E3832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II. negyedév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5EA343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Monitoring fókuszú partnerségi fórum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AA3E05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települési önkormányzatok, szakmai szervezetek, projektgazdák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1A293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[felelős]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AD3127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[dátum]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4361EF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meghívó, jelenléti ív, emlékeztető, javaslatkezelő tábla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10F393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végrehajtási tapasztalatok összegyűjtése</w:t>
            </w:r>
          </w:p>
        </w:tc>
      </w:tr>
      <w:tr w:rsidR="00715C8A" w:rsidRPr="007E202F" w14:paraId="188501CE" w14:textId="77777777">
        <w:trPr>
          <w:jc w:val="center"/>
        </w:trPr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BA77B6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III. negyedév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8F35F2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Tematikus szakmai egyeztetések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153A90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érintett gazdasági, civil, intézményi és térségi szereplők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74823F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[felelős]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B5A638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[dátum]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B68B95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egyeztetési dokumentáció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15B9C7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javaslatok beépítése a fejlesztési dokumentumokba</w:t>
            </w:r>
          </w:p>
        </w:tc>
      </w:tr>
      <w:tr w:rsidR="00715C8A" w:rsidRPr="007E202F" w14:paraId="23AA17A9" w14:textId="77777777">
        <w:trPr>
          <w:jc w:val="center"/>
        </w:trPr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A2EEB6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IV. negyedév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ACA2C5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Éves partnerségi beszámoló és következő évi munkaterv előkészítése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ED338F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közgyűlés, bizottság, hivatal, partnerek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DFE68A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[felelős]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9C240F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[dátum]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202AD0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éves beszámoló, következő évi munkaterv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1765D3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közgyűlési vagy bizottsági tájékoztatás</w:t>
            </w:r>
          </w:p>
        </w:tc>
      </w:tr>
    </w:tbl>
    <w:p w14:paraId="4F5A7739" w14:textId="77777777" w:rsidR="00715C8A" w:rsidRPr="007E202F" w:rsidRDefault="00715C8A">
      <w:pPr>
        <w:rPr>
          <w:lang w:val="hu-HU"/>
        </w:rPr>
      </w:pPr>
    </w:p>
    <w:p w14:paraId="5C9CB4D3" w14:textId="77777777" w:rsidR="00715C8A" w:rsidRPr="007E202F" w:rsidRDefault="00715C8A">
      <w:pPr>
        <w:rPr>
          <w:lang w:val="hu-HU"/>
        </w:rPr>
        <w:sectPr w:rsidR="00715C8A" w:rsidRPr="007E202F">
          <w:pgSz w:w="16838" w:h="11906" w:orient="landscape"/>
          <w:pgMar w:top="907" w:right="850" w:bottom="850" w:left="850" w:header="720" w:footer="720" w:gutter="0"/>
          <w:cols w:space="720"/>
          <w:docGrid w:linePitch="360"/>
        </w:sectPr>
      </w:pPr>
    </w:p>
    <w:p w14:paraId="7E486FF2" w14:textId="77777777" w:rsidR="00392FCC" w:rsidRPr="007E202F" w:rsidRDefault="00392FCC">
      <w:pPr>
        <w:pStyle w:val="Cmsor1"/>
        <w:rPr>
          <w:rFonts w:ascii="Arial" w:hAnsi="Arial" w:cs="Arial"/>
          <w:lang w:val="hu-HU"/>
        </w:rPr>
      </w:pPr>
    </w:p>
    <w:p w14:paraId="5ACB1932" w14:textId="77777777" w:rsidR="00C43AEF" w:rsidRPr="007E202F" w:rsidRDefault="00C43AEF">
      <w:pPr>
        <w:pStyle w:val="Cmsor1"/>
        <w:rPr>
          <w:rFonts w:ascii="Arial" w:hAnsi="Arial" w:cs="Arial"/>
          <w:lang w:val="hu-HU"/>
        </w:rPr>
      </w:pPr>
    </w:p>
    <w:p w14:paraId="149E22A1" w14:textId="24704CA2" w:rsidR="004F7AC6" w:rsidRDefault="00CB4BEE" w:rsidP="004F7AC6">
      <w:pPr>
        <w:pStyle w:val="Cmsor1"/>
        <w:numPr>
          <w:ilvl w:val="0"/>
          <w:numId w:val="10"/>
        </w:numPr>
        <w:ind w:left="284" w:hanging="284"/>
        <w:rPr>
          <w:rFonts w:ascii="Arial" w:hAnsi="Arial" w:cs="Arial"/>
          <w:lang w:val="hu-HU"/>
        </w:rPr>
      </w:pPr>
      <w:bookmarkStart w:id="22" w:name="_Toc239678573"/>
      <w:r w:rsidRPr="007E202F">
        <w:rPr>
          <w:rFonts w:ascii="Arial" w:hAnsi="Arial" w:cs="Arial"/>
          <w:lang w:val="hu-HU"/>
        </w:rPr>
        <w:t>számú melléklet: Partnerségi Fórum meghívó mintája</w:t>
      </w:r>
      <w:bookmarkEnd w:id="22"/>
    </w:p>
    <w:p w14:paraId="2E75CB79" w14:textId="77777777" w:rsidR="00F349CB" w:rsidRPr="00F349CB" w:rsidRDefault="00F349CB" w:rsidP="00F349CB">
      <w:pPr>
        <w:rPr>
          <w:lang w:val="hu-HU"/>
        </w:rPr>
      </w:pPr>
    </w:p>
    <w:p w14:paraId="4A29A6BE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Tárgy: Meghívó partnerségi fórumra</w:t>
      </w:r>
    </w:p>
    <w:p w14:paraId="3AEEB2EC" w14:textId="1084E88D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Tisztelt Partnerünk! A Győr-Moson-Sopron </w:t>
      </w:r>
      <w:r w:rsidR="00FB05E3" w:rsidRPr="007E202F">
        <w:rPr>
          <w:sz w:val="24"/>
          <w:szCs w:val="24"/>
          <w:lang w:val="hu-HU"/>
        </w:rPr>
        <w:t>M</w:t>
      </w:r>
      <w:r w:rsidRPr="007E202F">
        <w:rPr>
          <w:sz w:val="24"/>
          <w:szCs w:val="24"/>
          <w:lang w:val="hu-HU"/>
        </w:rPr>
        <w:t>egyei Önkormányzat ezúton tisztelettel meghívja Önt / szervezetét a [téma megnevezése] tárgyú partnerségi fórumra.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536"/>
      </w:tblGrid>
      <w:tr w:rsidR="00715C8A" w:rsidRPr="007E202F" w14:paraId="35F2854B" w14:textId="77777777">
        <w:trPr>
          <w:jc w:val="center"/>
        </w:trPr>
        <w:tc>
          <w:tcPr>
            <w:tcW w:w="4536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52E7CA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8"/>
                <w:lang w:val="hu-HU"/>
              </w:rPr>
              <w:t>Adat</w:t>
            </w:r>
          </w:p>
        </w:tc>
        <w:tc>
          <w:tcPr>
            <w:tcW w:w="4536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932B56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8"/>
                <w:lang w:val="hu-HU"/>
              </w:rPr>
              <w:t>Tartalom</w:t>
            </w:r>
          </w:p>
        </w:tc>
      </w:tr>
      <w:tr w:rsidR="00715C8A" w:rsidRPr="007E202F" w14:paraId="2163296D" w14:textId="77777777">
        <w:trPr>
          <w:jc w:val="center"/>
        </w:trPr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F05C3F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Fórum időpontja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0FBA19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[dátum, időpont]</w:t>
            </w:r>
          </w:p>
        </w:tc>
      </w:tr>
      <w:tr w:rsidR="00715C8A" w:rsidRPr="007E202F" w14:paraId="25332E3B" w14:textId="77777777">
        <w:trPr>
          <w:jc w:val="center"/>
        </w:trPr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38F3FD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Helyszín / online elérési mód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F5365B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[helyszín vagy online link megnevezése]</w:t>
            </w:r>
          </w:p>
        </w:tc>
      </w:tr>
      <w:tr w:rsidR="00715C8A" w:rsidRPr="007E202F" w14:paraId="43AB4668" w14:textId="77777777">
        <w:trPr>
          <w:jc w:val="center"/>
        </w:trPr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8159DC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Fórum tárgya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61313F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[egyeztetés tárgya]</w:t>
            </w:r>
          </w:p>
        </w:tc>
      </w:tr>
      <w:tr w:rsidR="00715C8A" w:rsidRPr="007E202F" w14:paraId="7CA00456" w14:textId="77777777">
        <w:trPr>
          <w:jc w:val="center"/>
        </w:trPr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B8DBD3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Véleményezésre bocsátott dokumentum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D5F189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[dokumentum címe]</w:t>
            </w:r>
          </w:p>
        </w:tc>
      </w:tr>
      <w:tr w:rsidR="00715C8A" w:rsidRPr="007E202F" w14:paraId="5D06E936" w14:textId="77777777">
        <w:trPr>
          <w:jc w:val="center"/>
        </w:trPr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D342EB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Vélemények benyújtásának határideje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BAE599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[dátum]</w:t>
            </w:r>
          </w:p>
        </w:tc>
      </w:tr>
      <w:tr w:rsidR="00715C8A" w:rsidRPr="007E202F" w14:paraId="4CE4DCB3" w14:textId="77777777">
        <w:trPr>
          <w:jc w:val="center"/>
        </w:trPr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2D9328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Kapcsolattartó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735DDF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[név, beosztás, e-mail, telefon]</w:t>
            </w:r>
          </w:p>
        </w:tc>
      </w:tr>
    </w:tbl>
    <w:p w14:paraId="02F38AB5" w14:textId="77777777" w:rsidR="00715C8A" w:rsidRPr="007E202F" w:rsidRDefault="00715C8A">
      <w:pPr>
        <w:rPr>
          <w:lang w:val="hu-HU"/>
        </w:rPr>
      </w:pPr>
    </w:p>
    <w:p w14:paraId="1BC10102" w14:textId="77777777" w:rsidR="00C43AEF" w:rsidRPr="007E202F" w:rsidRDefault="00C43AEF">
      <w:pPr>
        <w:jc w:val="both"/>
        <w:rPr>
          <w:sz w:val="24"/>
          <w:szCs w:val="24"/>
          <w:lang w:val="hu-HU"/>
        </w:rPr>
      </w:pPr>
    </w:p>
    <w:p w14:paraId="533BFD36" w14:textId="2686C85B" w:rsidR="00FC6E10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Tervezett napirend: </w:t>
      </w:r>
    </w:p>
    <w:p w14:paraId="78030267" w14:textId="4B8E92F8" w:rsidR="00FC6E10" w:rsidRPr="007E202F" w:rsidRDefault="00CB4BEE" w:rsidP="00FC6E10">
      <w:pPr>
        <w:pStyle w:val="Listaszerbekezds"/>
        <w:numPr>
          <w:ilvl w:val="0"/>
          <w:numId w:val="11"/>
        </w:num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Köszöntő és a fórum céljának ismertetése.</w:t>
      </w:r>
    </w:p>
    <w:p w14:paraId="6FE4B9F9" w14:textId="77777777" w:rsidR="00FC6E10" w:rsidRPr="007E202F" w:rsidRDefault="00CB4BEE" w:rsidP="00FC6E10">
      <w:pPr>
        <w:pStyle w:val="Listaszerbekezds"/>
        <w:numPr>
          <w:ilvl w:val="0"/>
          <w:numId w:val="11"/>
        </w:num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 A véleményezésre bocsátott dokumentum / téma bemutatása.</w:t>
      </w:r>
    </w:p>
    <w:p w14:paraId="322419F8" w14:textId="77777777" w:rsidR="00FC6E10" w:rsidRPr="007E202F" w:rsidRDefault="00CB4BEE" w:rsidP="00FC6E10">
      <w:pPr>
        <w:pStyle w:val="Listaszerbekezds"/>
        <w:numPr>
          <w:ilvl w:val="0"/>
          <w:numId w:val="11"/>
        </w:num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 3. Partneri észrevételek, kérdések, javaslatok. </w:t>
      </w:r>
    </w:p>
    <w:p w14:paraId="541D06C3" w14:textId="7ACE8600" w:rsidR="00715C8A" w:rsidRPr="007E202F" w:rsidRDefault="00380413" w:rsidP="00FC6E10">
      <w:pPr>
        <w:pStyle w:val="Listaszerbekezds"/>
        <w:numPr>
          <w:ilvl w:val="0"/>
          <w:numId w:val="11"/>
        </w:num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 </w:t>
      </w:r>
      <w:r w:rsidR="00CB4BEE" w:rsidRPr="007E202F">
        <w:rPr>
          <w:sz w:val="24"/>
          <w:szCs w:val="24"/>
          <w:lang w:val="hu-HU"/>
        </w:rPr>
        <w:t>4. A további egyeztetés és visszacsatolás rendjének ismertetése.</w:t>
      </w:r>
    </w:p>
    <w:p w14:paraId="78994BD8" w14:textId="69B6A2D3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Kérjük, hogy részvételi szándékát és esetleges előzetes észrevételeit a megadott kapcsolattartó részére szíveskedjen megküldeni.</w:t>
      </w:r>
    </w:p>
    <w:p w14:paraId="753DCA74" w14:textId="77777777" w:rsidR="00715C8A" w:rsidRDefault="00715C8A">
      <w:pPr>
        <w:rPr>
          <w:lang w:val="hu-HU"/>
        </w:rPr>
      </w:pPr>
    </w:p>
    <w:p w14:paraId="584CC19D" w14:textId="77777777" w:rsidR="00F349CB" w:rsidRDefault="00F349CB">
      <w:pPr>
        <w:rPr>
          <w:lang w:val="hu-HU"/>
        </w:rPr>
      </w:pPr>
    </w:p>
    <w:p w14:paraId="5BB3688E" w14:textId="77777777" w:rsidR="00F349CB" w:rsidRDefault="00F349CB">
      <w:pPr>
        <w:rPr>
          <w:lang w:val="hu-HU"/>
        </w:rPr>
      </w:pPr>
    </w:p>
    <w:p w14:paraId="2BFF889E" w14:textId="16F150AC" w:rsidR="00F349CB" w:rsidRPr="008B554A" w:rsidRDefault="00F349CB" w:rsidP="000572C8">
      <w:pPr>
        <w:jc w:val="both"/>
        <w:rPr>
          <w:b/>
          <w:bCs/>
          <w:lang w:val="hu-HU"/>
        </w:rPr>
        <w:sectPr w:rsidR="00F349CB" w:rsidRPr="008B554A">
          <w:pgSz w:w="11906" w:h="16838"/>
          <w:pgMar w:top="1247" w:right="1417" w:bottom="1134" w:left="1417" w:header="720" w:footer="720" w:gutter="0"/>
          <w:cols w:space="720"/>
          <w:docGrid w:linePitch="360"/>
        </w:sectPr>
      </w:pPr>
      <w:r w:rsidRPr="008B554A">
        <w:rPr>
          <w:b/>
          <w:bCs/>
          <w:lang w:val="hu-HU"/>
        </w:rPr>
        <w:t xml:space="preserve">A fenti minta egy általános </w:t>
      </w:r>
      <w:r w:rsidR="000D15DD" w:rsidRPr="008B554A">
        <w:rPr>
          <w:b/>
          <w:bCs/>
          <w:lang w:val="hu-HU"/>
        </w:rPr>
        <w:t xml:space="preserve">meghívóra vonatkozik, </w:t>
      </w:r>
      <w:r w:rsidR="00872582">
        <w:rPr>
          <w:b/>
          <w:bCs/>
          <w:lang w:val="hu-HU"/>
        </w:rPr>
        <w:t xml:space="preserve">amely </w:t>
      </w:r>
      <w:r w:rsidR="000D15DD" w:rsidRPr="008B554A">
        <w:rPr>
          <w:b/>
          <w:bCs/>
          <w:lang w:val="hu-HU"/>
        </w:rPr>
        <w:t>az egyes projektek keretében megvalósított fórumok</w:t>
      </w:r>
      <w:r w:rsidR="00872582">
        <w:rPr>
          <w:b/>
          <w:bCs/>
          <w:lang w:val="hu-HU"/>
        </w:rPr>
        <w:t xml:space="preserve"> esetében</w:t>
      </w:r>
      <w:r w:rsidR="000D15DD" w:rsidRPr="008B554A">
        <w:rPr>
          <w:b/>
          <w:bCs/>
          <w:lang w:val="hu-HU"/>
        </w:rPr>
        <w:t xml:space="preserve"> a </w:t>
      </w:r>
      <w:r w:rsidR="00D93399" w:rsidRPr="008B554A">
        <w:rPr>
          <w:b/>
          <w:bCs/>
          <w:lang w:val="hu-HU"/>
        </w:rPr>
        <w:t>pályázati felhívások előírásai függvényében változhat.</w:t>
      </w:r>
    </w:p>
    <w:p w14:paraId="1F151AD3" w14:textId="77777777" w:rsidR="004F7AC6" w:rsidRPr="007E202F" w:rsidRDefault="004F7AC6">
      <w:pPr>
        <w:pStyle w:val="Cmsor1"/>
        <w:rPr>
          <w:rFonts w:ascii="Arial" w:hAnsi="Arial" w:cs="Arial"/>
          <w:lang w:val="hu-HU"/>
        </w:rPr>
      </w:pPr>
    </w:p>
    <w:p w14:paraId="722BDFDD" w14:textId="77777777" w:rsidR="004F7AC6" w:rsidRPr="007E202F" w:rsidRDefault="004F7AC6">
      <w:pPr>
        <w:pStyle w:val="Cmsor1"/>
        <w:rPr>
          <w:rFonts w:ascii="Arial" w:hAnsi="Arial" w:cs="Arial"/>
          <w:lang w:val="hu-HU"/>
        </w:rPr>
      </w:pPr>
    </w:p>
    <w:p w14:paraId="37F17DA1" w14:textId="77777777" w:rsidR="004F7AC6" w:rsidRPr="007E202F" w:rsidRDefault="004F7AC6">
      <w:pPr>
        <w:pStyle w:val="Cmsor1"/>
        <w:rPr>
          <w:rFonts w:ascii="Arial" w:hAnsi="Arial" w:cs="Arial"/>
          <w:lang w:val="hu-HU"/>
        </w:rPr>
      </w:pPr>
    </w:p>
    <w:p w14:paraId="0528E5A7" w14:textId="1A104183" w:rsidR="00715C8A" w:rsidRPr="007E202F" w:rsidRDefault="00CB4BEE" w:rsidP="00A04C59">
      <w:pPr>
        <w:pStyle w:val="Cmsor1"/>
        <w:numPr>
          <w:ilvl w:val="0"/>
          <w:numId w:val="10"/>
        </w:numPr>
        <w:ind w:left="284" w:hanging="284"/>
        <w:rPr>
          <w:rFonts w:ascii="Arial" w:hAnsi="Arial" w:cs="Arial"/>
          <w:lang w:val="hu-HU"/>
        </w:rPr>
      </w:pPr>
      <w:bookmarkStart w:id="23" w:name="_Toc239678574"/>
      <w:r w:rsidRPr="007E202F">
        <w:rPr>
          <w:rFonts w:ascii="Arial" w:hAnsi="Arial" w:cs="Arial"/>
          <w:lang w:val="hu-HU"/>
        </w:rPr>
        <w:t>számú melléklet: Jelenléti ív mintája</w:t>
      </w:r>
      <w:bookmarkEnd w:id="23"/>
    </w:p>
    <w:p w14:paraId="54C00EF3" w14:textId="77777777" w:rsidR="004F7AC6" w:rsidRPr="007E202F" w:rsidRDefault="004F7AC6" w:rsidP="004F7AC6">
      <w:pPr>
        <w:rPr>
          <w:lang w:val="hu-HU"/>
        </w:rPr>
      </w:pPr>
    </w:p>
    <w:p w14:paraId="0CFED964" w14:textId="2AD998B8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A jelenléti ív célja a partnerségi egyeztetésen részt vevő szervezetek és személyek dokumentált rögzítése. Online egyeztetés esetén a jelenléti ív helyettesíthető </w:t>
      </w:r>
      <w:proofErr w:type="spellStart"/>
      <w:r w:rsidRPr="007E202F">
        <w:rPr>
          <w:sz w:val="24"/>
          <w:szCs w:val="24"/>
          <w:lang w:val="hu-HU"/>
        </w:rPr>
        <w:t>részvé</w:t>
      </w:r>
      <w:proofErr w:type="spellEnd"/>
      <w:r w:rsidR="00C875F1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teli listával, elektronikus visszaigazolással vagy a rendszerből exportált résztvevői listával.</w:t>
      </w:r>
    </w:p>
    <w:p w14:paraId="6D18443B" w14:textId="77777777" w:rsidR="004F7AC6" w:rsidRPr="007E202F" w:rsidRDefault="004F7AC6">
      <w:pPr>
        <w:jc w:val="both"/>
        <w:rPr>
          <w:sz w:val="24"/>
          <w:szCs w:val="24"/>
          <w:lang w:val="hu-HU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4"/>
        <w:gridCol w:w="1814"/>
      </w:tblGrid>
      <w:tr w:rsidR="00715C8A" w:rsidRPr="007E202F" w14:paraId="43C92A41" w14:textId="77777777">
        <w:trPr>
          <w:jc w:val="center"/>
        </w:trPr>
        <w:tc>
          <w:tcPr>
            <w:tcW w:w="181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E67AC4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8"/>
                <w:lang w:val="hu-HU"/>
              </w:rPr>
              <w:t>Sorszám</w:t>
            </w:r>
          </w:p>
        </w:tc>
        <w:tc>
          <w:tcPr>
            <w:tcW w:w="181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0075D6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8"/>
                <w:lang w:val="hu-HU"/>
              </w:rPr>
              <w:t>Név</w:t>
            </w:r>
          </w:p>
        </w:tc>
        <w:tc>
          <w:tcPr>
            <w:tcW w:w="181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B57B45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8"/>
                <w:lang w:val="hu-HU"/>
              </w:rPr>
              <w:t>Szervezet</w:t>
            </w:r>
          </w:p>
        </w:tc>
        <w:tc>
          <w:tcPr>
            <w:tcW w:w="181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46C875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8"/>
                <w:lang w:val="hu-HU"/>
              </w:rPr>
              <w:t>Beosztás / képviseleti minőség</w:t>
            </w:r>
          </w:p>
        </w:tc>
        <w:tc>
          <w:tcPr>
            <w:tcW w:w="181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84E16F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8"/>
                <w:lang w:val="hu-HU"/>
              </w:rPr>
              <w:t>Aláírás / részvétel igazolása</w:t>
            </w:r>
          </w:p>
        </w:tc>
      </w:tr>
      <w:tr w:rsidR="00715C8A" w:rsidRPr="007E202F" w14:paraId="469C5EAF" w14:textId="77777777">
        <w:trPr>
          <w:jc w:val="center"/>
        </w:trPr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766CBAB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1.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A0209B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[név]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0FD111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[szervezet]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D4758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[beosztás]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AEB682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[aláírás]</w:t>
            </w:r>
          </w:p>
        </w:tc>
      </w:tr>
      <w:tr w:rsidR="00715C8A" w:rsidRPr="007E202F" w14:paraId="3FAD3B19" w14:textId="77777777">
        <w:trPr>
          <w:jc w:val="center"/>
        </w:trPr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E94805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2.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7CEFF6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[név]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0E8BDC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[szervezet]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182215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[beosztás]</w:t>
            </w:r>
          </w:p>
        </w:tc>
        <w:tc>
          <w:tcPr>
            <w:tcW w:w="181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E04B15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[aláírás]</w:t>
            </w:r>
          </w:p>
        </w:tc>
      </w:tr>
    </w:tbl>
    <w:p w14:paraId="73C0F915" w14:textId="77777777" w:rsidR="00715C8A" w:rsidRDefault="00715C8A">
      <w:pPr>
        <w:rPr>
          <w:lang w:val="hu-HU"/>
        </w:rPr>
      </w:pPr>
    </w:p>
    <w:p w14:paraId="0747513E" w14:textId="77C588E5" w:rsidR="00536986" w:rsidRPr="008B554A" w:rsidRDefault="00536986" w:rsidP="00536986">
      <w:pPr>
        <w:jc w:val="both"/>
        <w:rPr>
          <w:b/>
          <w:bCs/>
          <w:lang w:val="hu-HU"/>
        </w:rPr>
        <w:sectPr w:rsidR="00536986" w:rsidRPr="008B554A" w:rsidSect="00536986">
          <w:pgSz w:w="11906" w:h="16838"/>
          <w:pgMar w:top="1247" w:right="1417" w:bottom="1134" w:left="1417" w:header="720" w:footer="720" w:gutter="0"/>
          <w:cols w:space="720"/>
          <w:docGrid w:linePitch="360"/>
        </w:sectPr>
      </w:pPr>
      <w:r w:rsidRPr="008B554A">
        <w:rPr>
          <w:b/>
          <w:bCs/>
          <w:lang w:val="hu-HU"/>
        </w:rPr>
        <w:t xml:space="preserve">A fenti minta egy általános </w:t>
      </w:r>
      <w:r w:rsidR="00ED248F">
        <w:rPr>
          <w:b/>
          <w:bCs/>
          <w:lang w:val="hu-HU"/>
        </w:rPr>
        <w:t>jelenléti ívre</w:t>
      </w:r>
      <w:r w:rsidRPr="008B554A">
        <w:rPr>
          <w:b/>
          <w:bCs/>
          <w:lang w:val="hu-HU"/>
        </w:rPr>
        <w:t xml:space="preserve"> vonatkozik, </w:t>
      </w:r>
      <w:r>
        <w:rPr>
          <w:b/>
          <w:bCs/>
          <w:lang w:val="hu-HU"/>
        </w:rPr>
        <w:t xml:space="preserve">amely </w:t>
      </w:r>
      <w:r w:rsidRPr="008B554A">
        <w:rPr>
          <w:b/>
          <w:bCs/>
          <w:lang w:val="hu-HU"/>
        </w:rPr>
        <w:t>az egyes projektek keretében megvalósított fórumok</w:t>
      </w:r>
      <w:r>
        <w:rPr>
          <w:b/>
          <w:bCs/>
          <w:lang w:val="hu-HU"/>
        </w:rPr>
        <w:t xml:space="preserve"> esetében</w:t>
      </w:r>
      <w:r w:rsidRPr="008B554A">
        <w:rPr>
          <w:b/>
          <w:bCs/>
          <w:lang w:val="hu-HU"/>
        </w:rPr>
        <w:t xml:space="preserve"> a pályázati felhívások előírásai függvényében változhat.</w:t>
      </w:r>
    </w:p>
    <w:p w14:paraId="693F33B6" w14:textId="77777777" w:rsidR="000572C8" w:rsidRPr="007E202F" w:rsidRDefault="000572C8">
      <w:pPr>
        <w:rPr>
          <w:lang w:val="hu-HU"/>
        </w:rPr>
      </w:pPr>
    </w:p>
    <w:p w14:paraId="75DB1AD1" w14:textId="40850C5B" w:rsidR="00715C8A" w:rsidRPr="007E202F" w:rsidRDefault="00CB4BEE" w:rsidP="00022B85">
      <w:pPr>
        <w:pStyle w:val="Cmsor1"/>
        <w:numPr>
          <w:ilvl w:val="0"/>
          <w:numId w:val="10"/>
        </w:numPr>
        <w:ind w:left="284" w:hanging="284"/>
        <w:rPr>
          <w:rFonts w:ascii="Arial" w:hAnsi="Arial" w:cs="Arial"/>
          <w:lang w:val="hu-HU"/>
        </w:rPr>
      </w:pPr>
      <w:bookmarkStart w:id="24" w:name="_Toc239678575"/>
      <w:r w:rsidRPr="007E202F">
        <w:rPr>
          <w:rFonts w:ascii="Arial" w:hAnsi="Arial" w:cs="Arial"/>
          <w:lang w:val="hu-HU"/>
        </w:rPr>
        <w:t>számú melléklet: Partnerségi emlékeztető mintája</w:t>
      </w:r>
      <w:bookmarkEnd w:id="24"/>
    </w:p>
    <w:p w14:paraId="3B0EC414" w14:textId="77777777" w:rsidR="00162306" w:rsidRPr="007E202F" w:rsidRDefault="00162306" w:rsidP="00162306">
      <w:pPr>
        <w:rPr>
          <w:lang w:val="hu-HU"/>
        </w:rPr>
      </w:pPr>
    </w:p>
    <w:p w14:paraId="71A0BB0F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Az emlékeztető célja, hogy az egyeztetés tárgyát, résztvevőit, főbb megállapításait, partneri javaslatait, vállalásait és további feladatait ellenőrizhető módon rögzítse.</w:t>
      </w:r>
    </w:p>
    <w:p w14:paraId="3B431D42" w14:textId="77777777" w:rsidR="00162306" w:rsidRPr="007E202F" w:rsidRDefault="00162306">
      <w:pPr>
        <w:jc w:val="both"/>
        <w:rPr>
          <w:sz w:val="24"/>
          <w:szCs w:val="24"/>
          <w:lang w:val="hu-HU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536"/>
      </w:tblGrid>
      <w:tr w:rsidR="00715C8A" w:rsidRPr="007E202F" w14:paraId="283BA35D" w14:textId="77777777">
        <w:trPr>
          <w:jc w:val="center"/>
        </w:trPr>
        <w:tc>
          <w:tcPr>
            <w:tcW w:w="4536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352775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6"/>
                <w:lang w:val="hu-HU"/>
              </w:rPr>
              <w:t>Mező</w:t>
            </w:r>
          </w:p>
        </w:tc>
        <w:tc>
          <w:tcPr>
            <w:tcW w:w="4536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379AD5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6"/>
                <w:lang w:val="hu-HU"/>
              </w:rPr>
              <w:t>Tartalom</w:t>
            </w:r>
          </w:p>
        </w:tc>
      </w:tr>
      <w:tr w:rsidR="00715C8A" w:rsidRPr="007E202F" w14:paraId="7FA489F5" w14:textId="77777777">
        <w:trPr>
          <w:jc w:val="center"/>
        </w:trPr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F6F34A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Egyeztetés megnevezése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E022D2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[megnevezés]</w:t>
            </w:r>
          </w:p>
        </w:tc>
      </w:tr>
      <w:tr w:rsidR="00715C8A" w:rsidRPr="007E202F" w14:paraId="06284387" w14:textId="77777777">
        <w:trPr>
          <w:jc w:val="center"/>
        </w:trPr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4D7AA1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Időpont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6671CB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[dátum]</w:t>
            </w:r>
          </w:p>
        </w:tc>
      </w:tr>
      <w:tr w:rsidR="00715C8A" w:rsidRPr="007E202F" w14:paraId="78330FC5" w14:textId="77777777">
        <w:trPr>
          <w:jc w:val="center"/>
        </w:trPr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B35028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Helyszín / forma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16FE9F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[személyes / online / írásbeli]</w:t>
            </w:r>
          </w:p>
        </w:tc>
      </w:tr>
      <w:tr w:rsidR="00715C8A" w:rsidRPr="007E202F" w14:paraId="5585D997" w14:textId="77777777">
        <w:trPr>
          <w:jc w:val="center"/>
        </w:trPr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F0FBFD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Résztvevők köre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0009D5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[szervezetek, partneri kategóriák]</w:t>
            </w:r>
          </w:p>
        </w:tc>
      </w:tr>
      <w:tr w:rsidR="00715C8A" w:rsidRPr="007E202F" w14:paraId="6977DB19" w14:textId="77777777">
        <w:trPr>
          <w:jc w:val="center"/>
        </w:trPr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F94BF4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Napirend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E377C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[napirendi pontok]</w:t>
            </w:r>
          </w:p>
        </w:tc>
      </w:tr>
      <w:tr w:rsidR="00715C8A" w:rsidRPr="007E202F" w14:paraId="55B46378" w14:textId="77777777">
        <w:trPr>
          <w:jc w:val="center"/>
        </w:trPr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1D2FF0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Főbb megállapítások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C4EC92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[összefoglaló]</w:t>
            </w:r>
          </w:p>
        </w:tc>
      </w:tr>
      <w:tr w:rsidR="00715C8A" w:rsidRPr="007E202F" w14:paraId="30D1317B" w14:textId="77777777">
        <w:trPr>
          <w:jc w:val="center"/>
        </w:trPr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58E8E9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Partneri javaslatok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EBDEDA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[javaslatok röviden]</w:t>
            </w:r>
          </w:p>
        </w:tc>
      </w:tr>
      <w:tr w:rsidR="00715C8A" w:rsidRPr="007E202F" w14:paraId="33F00C37" w14:textId="77777777">
        <w:trPr>
          <w:jc w:val="center"/>
        </w:trPr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63FED1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Válaszok, álláspontok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338E89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[szakmai válaszok]</w:t>
            </w:r>
          </w:p>
        </w:tc>
      </w:tr>
      <w:tr w:rsidR="00715C8A" w:rsidRPr="007E202F" w14:paraId="2069ED31" w14:textId="77777777">
        <w:trPr>
          <w:jc w:val="center"/>
        </w:trPr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1169E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Vállalások, feladatok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19A209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[feladat, felelős, határidő]</w:t>
            </w:r>
          </w:p>
        </w:tc>
      </w:tr>
      <w:tr w:rsidR="00715C8A" w:rsidRPr="007E202F" w14:paraId="7393E6C4" w14:textId="77777777">
        <w:trPr>
          <w:jc w:val="center"/>
        </w:trPr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BD33F0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Visszacsatolás módja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7E4E6F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[írásbeli válasz / honlapon közzétett összefoglaló / következő fórum]</w:t>
            </w:r>
          </w:p>
        </w:tc>
      </w:tr>
    </w:tbl>
    <w:p w14:paraId="0C08E35E" w14:textId="77777777" w:rsidR="00715C8A" w:rsidRDefault="00715C8A">
      <w:pPr>
        <w:rPr>
          <w:lang w:val="hu-HU"/>
        </w:rPr>
      </w:pPr>
    </w:p>
    <w:p w14:paraId="4DAFE3D1" w14:textId="179C9E72" w:rsidR="00ED248F" w:rsidRPr="008B554A" w:rsidRDefault="00ED248F" w:rsidP="00ED248F">
      <w:pPr>
        <w:jc w:val="both"/>
        <w:rPr>
          <w:b/>
          <w:bCs/>
          <w:lang w:val="hu-HU"/>
        </w:rPr>
        <w:sectPr w:rsidR="00ED248F" w:rsidRPr="008B554A" w:rsidSect="00ED248F">
          <w:pgSz w:w="11906" w:h="16838"/>
          <w:pgMar w:top="1247" w:right="1417" w:bottom="1134" w:left="1417" w:header="720" w:footer="720" w:gutter="0"/>
          <w:cols w:space="720"/>
          <w:docGrid w:linePitch="360"/>
        </w:sectPr>
      </w:pPr>
      <w:r w:rsidRPr="008B554A">
        <w:rPr>
          <w:b/>
          <w:bCs/>
          <w:lang w:val="hu-HU"/>
        </w:rPr>
        <w:t xml:space="preserve">A fenti minta egy általános </w:t>
      </w:r>
      <w:r>
        <w:rPr>
          <w:b/>
          <w:bCs/>
          <w:lang w:val="hu-HU"/>
        </w:rPr>
        <w:t>emlékeztetőre</w:t>
      </w:r>
      <w:r w:rsidRPr="008B554A">
        <w:rPr>
          <w:b/>
          <w:bCs/>
          <w:lang w:val="hu-HU"/>
        </w:rPr>
        <w:t xml:space="preserve"> vonatkozik, </w:t>
      </w:r>
      <w:r>
        <w:rPr>
          <w:b/>
          <w:bCs/>
          <w:lang w:val="hu-HU"/>
        </w:rPr>
        <w:t xml:space="preserve">amely </w:t>
      </w:r>
      <w:r w:rsidRPr="008B554A">
        <w:rPr>
          <w:b/>
          <w:bCs/>
          <w:lang w:val="hu-HU"/>
        </w:rPr>
        <w:t>az egyes projektek keretében megvalósított fórumok</w:t>
      </w:r>
      <w:r>
        <w:rPr>
          <w:b/>
          <w:bCs/>
          <w:lang w:val="hu-HU"/>
        </w:rPr>
        <w:t xml:space="preserve"> esetében</w:t>
      </w:r>
      <w:r w:rsidRPr="008B554A">
        <w:rPr>
          <w:b/>
          <w:bCs/>
          <w:lang w:val="hu-HU"/>
        </w:rPr>
        <w:t xml:space="preserve"> a pályázati felhívások előírásai függvényében változhat.</w:t>
      </w:r>
    </w:p>
    <w:p w14:paraId="6C4B00B0" w14:textId="77777777" w:rsidR="00447DC5" w:rsidRPr="007E202F" w:rsidRDefault="00447DC5">
      <w:pPr>
        <w:rPr>
          <w:lang w:val="hu-HU"/>
        </w:rPr>
      </w:pPr>
    </w:p>
    <w:p w14:paraId="09837282" w14:textId="77777777" w:rsidR="00162306" w:rsidRPr="007E202F" w:rsidRDefault="00162306">
      <w:pPr>
        <w:pStyle w:val="Cmsor1"/>
        <w:rPr>
          <w:rFonts w:ascii="Arial" w:hAnsi="Arial" w:cs="Arial"/>
          <w:lang w:val="hu-HU"/>
        </w:rPr>
      </w:pPr>
    </w:p>
    <w:p w14:paraId="4C8CB443" w14:textId="4CDB93A3" w:rsidR="00162306" w:rsidRPr="007E202F" w:rsidRDefault="00CB4BEE" w:rsidP="001C34D7">
      <w:pPr>
        <w:pStyle w:val="Cmsor1"/>
        <w:numPr>
          <w:ilvl w:val="0"/>
          <w:numId w:val="10"/>
        </w:numPr>
        <w:ind w:left="284" w:hanging="284"/>
        <w:rPr>
          <w:rFonts w:ascii="Arial" w:hAnsi="Arial" w:cs="Arial"/>
          <w:lang w:val="hu-HU"/>
        </w:rPr>
      </w:pPr>
      <w:bookmarkStart w:id="25" w:name="_Toc239678576"/>
      <w:r w:rsidRPr="007E202F">
        <w:rPr>
          <w:rFonts w:ascii="Arial" w:hAnsi="Arial" w:cs="Arial"/>
          <w:lang w:val="hu-HU"/>
        </w:rPr>
        <w:t>számú melléklet: Partneri javaslatok és válaszok nyilvántartása</w:t>
      </w:r>
      <w:bookmarkEnd w:id="25"/>
    </w:p>
    <w:p w14:paraId="710AFA28" w14:textId="77777777" w:rsidR="0055487F" w:rsidRPr="007E202F" w:rsidRDefault="0055487F" w:rsidP="0055487F">
      <w:pPr>
        <w:rPr>
          <w:lang w:val="hu-HU"/>
        </w:rPr>
      </w:pPr>
    </w:p>
    <w:p w14:paraId="4CDF8D5A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partneri javaslatkezelő nyilvántartás biztosítja, hogy minden beérkezett észrevétel útja a beérkezéstől a szakmai értékelésen át a döntésig és a visszacsatolásig követhető legyen.</w:t>
      </w:r>
    </w:p>
    <w:p w14:paraId="21C8F284" w14:textId="77777777" w:rsidR="0055487F" w:rsidRPr="007E202F" w:rsidRDefault="0055487F">
      <w:pPr>
        <w:jc w:val="both"/>
        <w:rPr>
          <w:sz w:val="24"/>
          <w:szCs w:val="24"/>
          <w:lang w:val="hu-HU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682"/>
        <w:gridCol w:w="1682"/>
        <w:gridCol w:w="1682"/>
        <w:gridCol w:w="1682"/>
        <w:gridCol w:w="1682"/>
        <w:gridCol w:w="1682"/>
        <w:gridCol w:w="1682"/>
        <w:gridCol w:w="1682"/>
        <w:gridCol w:w="1682"/>
      </w:tblGrid>
      <w:tr w:rsidR="00715C8A" w:rsidRPr="007E202F" w14:paraId="0FA098C9" w14:textId="77777777">
        <w:trPr>
          <w:jc w:val="center"/>
        </w:trPr>
        <w:tc>
          <w:tcPr>
            <w:tcW w:w="168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3E8D5D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Sorszám</w:t>
            </w:r>
          </w:p>
        </w:tc>
        <w:tc>
          <w:tcPr>
            <w:tcW w:w="168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C1F030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Beérkezés dátuma</w:t>
            </w:r>
          </w:p>
        </w:tc>
        <w:tc>
          <w:tcPr>
            <w:tcW w:w="168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28659D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Partner neve</w:t>
            </w:r>
          </w:p>
        </w:tc>
        <w:tc>
          <w:tcPr>
            <w:tcW w:w="168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CEFB66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Érintett dokumentum / téma</w:t>
            </w:r>
          </w:p>
        </w:tc>
        <w:tc>
          <w:tcPr>
            <w:tcW w:w="168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8F36D8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Javaslat rövid tartalma</w:t>
            </w:r>
          </w:p>
        </w:tc>
        <w:tc>
          <w:tcPr>
            <w:tcW w:w="168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37DE8D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Szakmai értékelés</w:t>
            </w:r>
          </w:p>
        </w:tc>
        <w:tc>
          <w:tcPr>
            <w:tcW w:w="168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619825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Döntés</w:t>
            </w:r>
          </w:p>
        </w:tc>
        <w:tc>
          <w:tcPr>
            <w:tcW w:w="168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16A3DF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Indokolás</w:t>
            </w:r>
          </w:p>
        </w:tc>
        <w:tc>
          <w:tcPr>
            <w:tcW w:w="168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999973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Visszacsatolás módja és dátuma</w:t>
            </w:r>
          </w:p>
        </w:tc>
      </w:tr>
      <w:tr w:rsidR="00715C8A" w:rsidRPr="007E202F" w14:paraId="1590802F" w14:textId="77777777">
        <w:trPr>
          <w:jc w:val="center"/>
        </w:trPr>
        <w:tc>
          <w:tcPr>
            <w:tcW w:w="168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121FDA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1.</w:t>
            </w:r>
          </w:p>
        </w:tc>
        <w:tc>
          <w:tcPr>
            <w:tcW w:w="168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5CB6F4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[dátum]</w:t>
            </w:r>
          </w:p>
        </w:tc>
        <w:tc>
          <w:tcPr>
            <w:tcW w:w="168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E3706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[partner]</w:t>
            </w:r>
          </w:p>
        </w:tc>
        <w:tc>
          <w:tcPr>
            <w:tcW w:w="168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05CF1D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[téma]</w:t>
            </w:r>
          </w:p>
        </w:tc>
        <w:tc>
          <w:tcPr>
            <w:tcW w:w="168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B7BD8C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[javaslat]</w:t>
            </w:r>
          </w:p>
        </w:tc>
        <w:tc>
          <w:tcPr>
            <w:tcW w:w="168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EF6CEA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[értékelés]</w:t>
            </w:r>
          </w:p>
        </w:tc>
        <w:tc>
          <w:tcPr>
            <w:tcW w:w="168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322AAC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[befogadva / részben befogadva / további vizsgálat / elutasítva]</w:t>
            </w:r>
          </w:p>
        </w:tc>
        <w:tc>
          <w:tcPr>
            <w:tcW w:w="168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9BBDE9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[rövid indokolás]</w:t>
            </w:r>
          </w:p>
        </w:tc>
        <w:tc>
          <w:tcPr>
            <w:tcW w:w="168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D15AAD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[mód, dátum]</w:t>
            </w:r>
          </w:p>
        </w:tc>
      </w:tr>
    </w:tbl>
    <w:p w14:paraId="63923CAD" w14:textId="77777777" w:rsidR="00715C8A" w:rsidRPr="007E202F" w:rsidRDefault="00715C8A">
      <w:pPr>
        <w:rPr>
          <w:lang w:val="hu-HU"/>
        </w:rPr>
      </w:pPr>
    </w:p>
    <w:p w14:paraId="7C2E9C20" w14:textId="77777777" w:rsidR="00715C8A" w:rsidRPr="007E202F" w:rsidRDefault="00715C8A">
      <w:pPr>
        <w:rPr>
          <w:lang w:val="hu-HU"/>
        </w:rPr>
        <w:sectPr w:rsidR="00715C8A" w:rsidRPr="007E202F">
          <w:pgSz w:w="16838" w:h="11906" w:orient="landscape"/>
          <w:pgMar w:top="907" w:right="850" w:bottom="850" w:left="850" w:header="720" w:footer="720" w:gutter="0"/>
          <w:cols w:space="720"/>
          <w:docGrid w:linePitch="360"/>
        </w:sectPr>
      </w:pPr>
    </w:p>
    <w:p w14:paraId="09B57F69" w14:textId="77777777" w:rsidR="00502905" w:rsidRPr="007E202F" w:rsidRDefault="00502905">
      <w:pPr>
        <w:pStyle w:val="Cmsor1"/>
        <w:rPr>
          <w:rFonts w:ascii="Arial" w:hAnsi="Arial" w:cs="Arial"/>
          <w:lang w:val="hu-HU"/>
        </w:rPr>
      </w:pPr>
    </w:p>
    <w:p w14:paraId="23286B51" w14:textId="4FF7C8D8" w:rsidR="00715C8A" w:rsidRPr="007E202F" w:rsidRDefault="00CB4BEE" w:rsidP="00965AB3">
      <w:pPr>
        <w:pStyle w:val="Cmsor1"/>
        <w:numPr>
          <w:ilvl w:val="0"/>
          <w:numId w:val="10"/>
        </w:numPr>
        <w:ind w:left="284" w:hanging="284"/>
        <w:rPr>
          <w:rFonts w:ascii="Arial" w:hAnsi="Arial" w:cs="Arial"/>
          <w:lang w:val="hu-HU"/>
        </w:rPr>
      </w:pPr>
      <w:bookmarkStart w:id="26" w:name="_Toc239678577"/>
      <w:r w:rsidRPr="007E202F">
        <w:rPr>
          <w:rFonts w:ascii="Arial" w:hAnsi="Arial" w:cs="Arial"/>
          <w:lang w:val="hu-HU"/>
        </w:rPr>
        <w:t>számú melléklet: Éves partnerségi beszámoló mintája</w:t>
      </w:r>
      <w:bookmarkEnd w:id="26"/>
    </w:p>
    <w:p w14:paraId="0E759592" w14:textId="77777777" w:rsidR="00502905" w:rsidRPr="007E202F" w:rsidRDefault="00502905" w:rsidP="00502905">
      <w:pPr>
        <w:rPr>
          <w:lang w:val="hu-HU"/>
        </w:rPr>
      </w:pPr>
    </w:p>
    <w:p w14:paraId="60A9C749" w14:textId="2DC5BBEF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Az éves partnerségi beszámoló célja, hogy összefoglalja a tárgyévben megvalósult partnerségi tevékenységeket, értékelje azok eredményességét, bemutassa a </w:t>
      </w:r>
      <w:r w:rsidR="00C875F1" w:rsidRPr="007E202F">
        <w:rPr>
          <w:sz w:val="24"/>
          <w:szCs w:val="24"/>
          <w:lang w:val="hu-HU"/>
        </w:rPr>
        <w:t>be</w:t>
      </w:r>
      <w:r w:rsidR="00322696" w:rsidRPr="007E202F">
        <w:rPr>
          <w:sz w:val="24"/>
          <w:szCs w:val="24"/>
          <w:lang w:val="hu-HU"/>
        </w:rPr>
        <w:t>é</w:t>
      </w:r>
      <w:r w:rsidR="00C875F1" w:rsidRPr="007E202F">
        <w:rPr>
          <w:sz w:val="24"/>
          <w:szCs w:val="24"/>
          <w:lang w:val="hu-HU"/>
        </w:rPr>
        <w:t>r-</w:t>
      </w:r>
      <w:proofErr w:type="spellStart"/>
      <w:r w:rsidRPr="007E202F">
        <w:rPr>
          <w:sz w:val="24"/>
          <w:szCs w:val="24"/>
          <w:lang w:val="hu-HU"/>
        </w:rPr>
        <w:t>kezett</w:t>
      </w:r>
      <w:proofErr w:type="spellEnd"/>
      <w:r w:rsidRPr="007E202F">
        <w:rPr>
          <w:sz w:val="24"/>
          <w:szCs w:val="24"/>
          <w:lang w:val="hu-HU"/>
        </w:rPr>
        <w:t xml:space="preserve"> javaslatok kezelését, és meghatározza a következő évre vonatkozó fejlesztési feladatokat.</w:t>
      </w:r>
    </w:p>
    <w:p w14:paraId="6C4F1295" w14:textId="1F0FE9D2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Javasolt tartalom: vezetői összefoglaló, munkaterv teljesítésének bemutatása, </w:t>
      </w:r>
      <w:proofErr w:type="spellStart"/>
      <w:r w:rsidRPr="007E202F">
        <w:rPr>
          <w:sz w:val="24"/>
          <w:szCs w:val="24"/>
          <w:lang w:val="hu-HU"/>
        </w:rPr>
        <w:t>fóru</w:t>
      </w:r>
      <w:r w:rsidR="00C875F1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mok</w:t>
      </w:r>
      <w:proofErr w:type="spellEnd"/>
      <w:r w:rsidRPr="007E202F">
        <w:rPr>
          <w:sz w:val="24"/>
          <w:szCs w:val="24"/>
          <w:lang w:val="hu-HU"/>
        </w:rPr>
        <w:t xml:space="preserve"> és konzultációk felsorolása, bevont partneri kör, javaslatok kezelése, </w:t>
      </w:r>
      <w:proofErr w:type="spellStart"/>
      <w:r w:rsidRPr="007E202F">
        <w:rPr>
          <w:sz w:val="24"/>
          <w:szCs w:val="24"/>
          <w:lang w:val="hu-HU"/>
        </w:rPr>
        <w:t>visszacsa</w:t>
      </w:r>
      <w:proofErr w:type="spellEnd"/>
      <w:r w:rsidR="00322696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tolások, dokumentációs megfelelőség, tapasztalatok, intézkedési javaslatok.</w:t>
      </w:r>
    </w:p>
    <w:p w14:paraId="215AD2CC" w14:textId="77777777" w:rsidR="00502905" w:rsidRPr="007E202F" w:rsidRDefault="00502905">
      <w:pPr>
        <w:jc w:val="both"/>
        <w:rPr>
          <w:sz w:val="24"/>
          <w:szCs w:val="24"/>
          <w:lang w:val="hu-HU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715C8A" w:rsidRPr="007E202F" w14:paraId="51040C0B" w14:textId="77777777">
        <w:trPr>
          <w:jc w:val="center"/>
        </w:trPr>
        <w:tc>
          <w:tcPr>
            <w:tcW w:w="30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88E0E1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8"/>
                <w:lang w:val="hu-HU"/>
              </w:rPr>
              <w:t>Mutató</w:t>
            </w:r>
          </w:p>
        </w:tc>
        <w:tc>
          <w:tcPr>
            <w:tcW w:w="30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27F03B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8"/>
                <w:lang w:val="hu-HU"/>
              </w:rPr>
              <w:t>Tárgyévi érték</w:t>
            </w:r>
          </w:p>
        </w:tc>
        <w:tc>
          <w:tcPr>
            <w:tcW w:w="302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37CEC4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8"/>
                <w:lang w:val="hu-HU"/>
              </w:rPr>
              <w:t>Megjegyzés</w:t>
            </w:r>
          </w:p>
        </w:tc>
      </w:tr>
      <w:tr w:rsidR="00715C8A" w:rsidRPr="007E202F" w14:paraId="4C705CEB" w14:textId="77777777">
        <w:trPr>
          <w:jc w:val="center"/>
        </w:trPr>
        <w:tc>
          <w:tcPr>
            <w:tcW w:w="30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4EEFD8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Megtartott partnerségi fórumok száma</w:t>
            </w:r>
          </w:p>
        </w:tc>
        <w:tc>
          <w:tcPr>
            <w:tcW w:w="30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653EFE3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[db]</w:t>
            </w:r>
          </w:p>
        </w:tc>
        <w:tc>
          <w:tcPr>
            <w:tcW w:w="30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2696B3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[megjegyzés]</w:t>
            </w:r>
          </w:p>
        </w:tc>
      </w:tr>
      <w:tr w:rsidR="00715C8A" w:rsidRPr="007E202F" w14:paraId="12E4EAA3" w14:textId="77777777">
        <w:trPr>
          <w:jc w:val="center"/>
        </w:trPr>
        <w:tc>
          <w:tcPr>
            <w:tcW w:w="30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A98202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Írásbeli egyeztetések száma</w:t>
            </w:r>
          </w:p>
        </w:tc>
        <w:tc>
          <w:tcPr>
            <w:tcW w:w="30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ED4A03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[db]</w:t>
            </w:r>
          </w:p>
        </w:tc>
        <w:tc>
          <w:tcPr>
            <w:tcW w:w="30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3D3346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[megjegyzés]</w:t>
            </w:r>
          </w:p>
        </w:tc>
      </w:tr>
      <w:tr w:rsidR="00715C8A" w:rsidRPr="007E202F" w14:paraId="4B6C17A8" w14:textId="77777777">
        <w:trPr>
          <w:jc w:val="center"/>
        </w:trPr>
        <w:tc>
          <w:tcPr>
            <w:tcW w:w="30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0A1966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Bevont partnerek száma</w:t>
            </w:r>
          </w:p>
        </w:tc>
        <w:tc>
          <w:tcPr>
            <w:tcW w:w="30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7D4202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[db]</w:t>
            </w:r>
          </w:p>
        </w:tc>
        <w:tc>
          <w:tcPr>
            <w:tcW w:w="30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5A2C8F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[megjegyzés]</w:t>
            </w:r>
          </w:p>
        </w:tc>
      </w:tr>
      <w:tr w:rsidR="00715C8A" w:rsidRPr="007E202F" w14:paraId="512E6846" w14:textId="77777777">
        <w:trPr>
          <w:jc w:val="center"/>
        </w:trPr>
        <w:tc>
          <w:tcPr>
            <w:tcW w:w="30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D45A3B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Beérkezett javaslatok száma</w:t>
            </w:r>
          </w:p>
        </w:tc>
        <w:tc>
          <w:tcPr>
            <w:tcW w:w="30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9646E0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[db]</w:t>
            </w:r>
          </w:p>
        </w:tc>
        <w:tc>
          <w:tcPr>
            <w:tcW w:w="30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29D71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[megjegyzés]</w:t>
            </w:r>
          </w:p>
        </w:tc>
      </w:tr>
      <w:tr w:rsidR="00715C8A" w:rsidRPr="007E202F" w14:paraId="2FD11F8C" w14:textId="77777777">
        <w:trPr>
          <w:jc w:val="center"/>
        </w:trPr>
        <w:tc>
          <w:tcPr>
            <w:tcW w:w="30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631F1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Befogadott vagy részben befogadott javaslatok száma</w:t>
            </w:r>
          </w:p>
        </w:tc>
        <w:tc>
          <w:tcPr>
            <w:tcW w:w="30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ADAC00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[db]</w:t>
            </w:r>
          </w:p>
        </w:tc>
        <w:tc>
          <w:tcPr>
            <w:tcW w:w="30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AC3744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[megjegyzés]</w:t>
            </w:r>
          </w:p>
        </w:tc>
      </w:tr>
      <w:tr w:rsidR="00715C8A" w:rsidRPr="007E202F" w14:paraId="35E92DAC" w14:textId="77777777">
        <w:trPr>
          <w:jc w:val="center"/>
        </w:trPr>
        <w:tc>
          <w:tcPr>
            <w:tcW w:w="30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B40160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Dokumentált visszacsatolások száma</w:t>
            </w:r>
          </w:p>
        </w:tc>
        <w:tc>
          <w:tcPr>
            <w:tcW w:w="30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A5663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[db]</w:t>
            </w:r>
          </w:p>
        </w:tc>
        <w:tc>
          <w:tcPr>
            <w:tcW w:w="302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500C00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8"/>
                <w:lang w:val="hu-HU"/>
              </w:rPr>
              <w:t>[megjegyzés]</w:t>
            </w:r>
          </w:p>
        </w:tc>
      </w:tr>
    </w:tbl>
    <w:p w14:paraId="4D89F8E0" w14:textId="77777777" w:rsidR="00715C8A" w:rsidRPr="007E202F" w:rsidRDefault="00715C8A">
      <w:pPr>
        <w:rPr>
          <w:lang w:val="hu-HU"/>
        </w:rPr>
      </w:pPr>
    </w:p>
    <w:p w14:paraId="411D779A" w14:textId="77777777" w:rsidR="00715C8A" w:rsidRPr="007E202F" w:rsidRDefault="00715C8A">
      <w:pPr>
        <w:rPr>
          <w:lang w:val="hu-HU"/>
        </w:rPr>
        <w:sectPr w:rsidR="00715C8A" w:rsidRPr="007E202F">
          <w:pgSz w:w="11906" w:h="16838"/>
          <w:pgMar w:top="1247" w:right="1417" w:bottom="1134" w:left="1417" w:header="720" w:footer="720" w:gutter="0"/>
          <w:cols w:space="720"/>
          <w:docGrid w:linePitch="360"/>
        </w:sectPr>
      </w:pPr>
    </w:p>
    <w:p w14:paraId="36DFE4E2" w14:textId="77777777" w:rsidR="00364C91" w:rsidRPr="007E202F" w:rsidRDefault="00364C91">
      <w:pPr>
        <w:pStyle w:val="Cmsor1"/>
        <w:rPr>
          <w:rFonts w:ascii="Arial" w:hAnsi="Arial" w:cs="Arial"/>
          <w:lang w:val="hu-HU"/>
        </w:rPr>
      </w:pPr>
    </w:p>
    <w:p w14:paraId="353BBEB5" w14:textId="77777777" w:rsidR="00364C91" w:rsidRPr="007E202F" w:rsidRDefault="00364C91">
      <w:pPr>
        <w:pStyle w:val="Cmsor1"/>
        <w:rPr>
          <w:rFonts w:ascii="Arial" w:hAnsi="Arial" w:cs="Arial"/>
          <w:lang w:val="hu-HU"/>
        </w:rPr>
      </w:pPr>
    </w:p>
    <w:p w14:paraId="4A101DC8" w14:textId="50039303" w:rsidR="00715C8A" w:rsidRPr="007E202F" w:rsidRDefault="00CB4BEE" w:rsidP="00C25738">
      <w:pPr>
        <w:pStyle w:val="Cmsor1"/>
        <w:numPr>
          <w:ilvl w:val="0"/>
          <w:numId w:val="10"/>
        </w:numPr>
        <w:rPr>
          <w:rFonts w:ascii="Arial" w:hAnsi="Arial" w:cs="Arial"/>
          <w:lang w:val="hu-HU"/>
        </w:rPr>
      </w:pPr>
      <w:bookmarkStart w:id="27" w:name="_Toc239678578"/>
      <w:r w:rsidRPr="007E202F">
        <w:rPr>
          <w:rFonts w:ascii="Arial" w:hAnsi="Arial" w:cs="Arial"/>
          <w:lang w:val="hu-HU"/>
        </w:rPr>
        <w:t>számú melléklet: Felelősségi mátrix a partnerségi rendszer működtetéséhez</w:t>
      </w:r>
      <w:bookmarkEnd w:id="27"/>
    </w:p>
    <w:p w14:paraId="0E3DD961" w14:textId="77777777" w:rsidR="00364C91" w:rsidRPr="007E202F" w:rsidRDefault="00364C91" w:rsidP="00364C91">
      <w:pPr>
        <w:rPr>
          <w:lang w:val="hu-HU"/>
        </w:rPr>
      </w:pPr>
    </w:p>
    <w:p w14:paraId="67536CBA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felelősségi mátrix célja, hogy egyértelműen meghatározza a partnerségi rendszer működtetésében részt vevő szervezeti és vezetői szereplők feladatait, döntési és jóváhagyási pontjait, valamint a dokumentálási és ellenőrzési felelősségeket.</w:t>
      </w:r>
    </w:p>
    <w:p w14:paraId="71620BDD" w14:textId="77777777" w:rsidR="00364C91" w:rsidRPr="007E202F" w:rsidRDefault="00364C91">
      <w:pPr>
        <w:jc w:val="both"/>
        <w:rPr>
          <w:sz w:val="24"/>
          <w:szCs w:val="24"/>
          <w:lang w:val="hu-HU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892"/>
        <w:gridCol w:w="1892"/>
        <w:gridCol w:w="1892"/>
        <w:gridCol w:w="1892"/>
        <w:gridCol w:w="1892"/>
        <w:gridCol w:w="1892"/>
        <w:gridCol w:w="1892"/>
        <w:gridCol w:w="1892"/>
      </w:tblGrid>
      <w:tr w:rsidR="00715C8A" w:rsidRPr="007E202F" w14:paraId="2C541F09" w14:textId="77777777">
        <w:trPr>
          <w:jc w:val="center"/>
        </w:trPr>
        <w:tc>
          <w:tcPr>
            <w:tcW w:w="189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7F0B11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2"/>
                <w:lang w:val="hu-HU"/>
              </w:rPr>
              <w:t>Feladat / folyamatlépés</w:t>
            </w:r>
          </w:p>
        </w:tc>
        <w:tc>
          <w:tcPr>
            <w:tcW w:w="189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D84971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2"/>
                <w:lang w:val="hu-HU"/>
              </w:rPr>
              <w:t>Közgyűlés</w:t>
            </w:r>
          </w:p>
        </w:tc>
        <w:tc>
          <w:tcPr>
            <w:tcW w:w="189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864BB7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2"/>
                <w:lang w:val="hu-HU"/>
              </w:rPr>
              <w:t>Közgyűlés elnöke</w:t>
            </w:r>
          </w:p>
        </w:tc>
        <w:tc>
          <w:tcPr>
            <w:tcW w:w="189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139941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2"/>
                <w:lang w:val="hu-HU"/>
              </w:rPr>
              <w:t>Illetékes bizottság</w:t>
            </w:r>
          </w:p>
        </w:tc>
        <w:tc>
          <w:tcPr>
            <w:tcW w:w="189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7EB0A10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2"/>
                <w:lang w:val="hu-HU"/>
              </w:rPr>
              <w:t>Jegyző / hivatalvezető</w:t>
            </w:r>
          </w:p>
        </w:tc>
        <w:tc>
          <w:tcPr>
            <w:tcW w:w="189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EDCB2C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2"/>
                <w:lang w:val="hu-HU"/>
              </w:rPr>
              <w:t>Kijelölt hivatali szervezeti egység</w:t>
            </w:r>
          </w:p>
        </w:tc>
        <w:tc>
          <w:tcPr>
            <w:tcW w:w="189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983C24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2"/>
                <w:lang w:val="hu-HU"/>
              </w:rPr>
              <w:t>Szakmai közreműködő / projektfelelős</w:t>
            </w:r>
          </w:p>
        </w:tc>
        <w:tc>
          <w:tcPr>
            <w:tcW w:w="189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47ECCC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2"/>
                <w:lang w:val="hu-HU"/>
              </w:rPr>
              <w:t>Dokumentáció / igazolás</w:t>
            </w:r>
          </w:p>
        </w:tc>
      </w:tr>
      <w:tr w:rsidR="00715C8A" w:rsidRPr="007E202F" w14:paraId="687311C1" w14:textId="77777777">
        <w:trPr>
          <w:jc w:val="center"/>
        </w:trPr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375657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Partnerségi szabályzat elfogadása és módosítása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F818A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Döntéshozó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D79338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Előterjesztő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37942C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Véleményező / javaslattevő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3C4B1A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Jogi és hivatali előkészítés biztosítása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1A0C99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Előkészítő közreműködő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620F7D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Szakmai adatszolgáltató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F91A4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Közgyűlési előterjesztés, határozat, elfogadott szabályzat</w:t>
            </w:r>
          </w:p>
        </w:tc>
      </w:tr>
      <w:tr w:rsidR="00715C8A" w:rsidRPr="007E202F" w14:paraId="4E8BD7F9" w14:textId="77777777">
        <w:trPr>
          <w:jc w:val="center"/>
        </w:trPr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7CF6C7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Partnerségi nyilvántartás létrehozása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13E5B7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Tájékoztatást kap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608AE0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Stratégiai irányt ad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BC94B4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Javaslatot tehet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A1BBB8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Szervezeti feltételeket biztosít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AB6547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Felelős végrehajtó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5909B2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Adatszolgáltató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D5AE49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Partnerségi nyilvántartás, adatlapok</w:t>
            </w:r>
          </w:p>
        </w:tc>
      </w:tr>
      <w:tr w:rsidR="00715C8A" w:rsidRPr="007E202F" w14:paraId="712FAD4B" w14:textId="77777777">
        <w:trPr>
          <w:jc w:val="center"/>
        </w:trPr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5E940CC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Éves partnerségi munkaterv elkészítése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67CE0B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Tájékoztatást kap vagy jóváhagyja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58401B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Irányítja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9A029EA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Véleményezi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074FB9C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Előkészítés feltételeit biztosítja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E53E0D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Felelős előkészítő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8A6345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Szakmai tartalmat szolgáltat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0F334B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Éves partnerségi munkaterv</w:t>
            </w:r>
          </w:p>
        </w:tc>
      </w:tr>
      <w:tr w:rsidR="00715C8A" w:rsidRPr="007E202F" w14:paraId="340866DA" w14:textId="77777777">
        <w:trPr>
          <w:jc w:val="center"/>
        </w:trPr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180969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Partneri javaslatok nyilvántartása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2DE207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Tájékoztatást kaphat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44FB10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Felügyeletet gyakorol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606A75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Figyelemmel kíséri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E0D596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Ellenőrzési feltételeket biztosít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6E8F1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Felelős nyilvántartó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755182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Szakmai értékelést ad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C4B960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Javaslatkezelő tábla</w:t>
            </w:r>
          </w:p>
        </w:tc>
      </w:tr>
      <w:tr w:rsidR="00715C8A" w:rsidRPr="007E202F" w14:paraId="26F36C31" w14:textId="77777777">
        <w:trPr>
          <w:jc w:val="center"/>
        </w:trPr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5E7DE8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Éves partnerségi beszámoló elkészítése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10F669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Megismeri / megtárgyalja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C9FEC5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Előterjesztő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3FC998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Véleményezi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25B9FC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Előkészítés feltételeit biztosítja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5CFCCB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Felelős előkészítő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5AE883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Szakmai adatokat szolgáltat</w:t>
            </w:r>
          </w:p>
        </w:tc>
        <w:tc>
          <w:tcPr>
            <w:tcW w:w="18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96D198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Éves partnerségi beszámoló</w:t>
            </w:r>
          </w:p>
        </w:tc>
      </w:tr>
    </w:tbl>
    <w:p w14:paraId="638A6193" w14:textId="77777777" w:rsidR="00715C8A" w:rsidRPr="007E202F" w:rsidRDefault="00715C8A">
      <w:pPr>
        <w:rPr>
          <w:lang w:val="hu-HU"/>
        </w:rPr>
      </w:pPr>
    </w:p>
    <w:p w14:paraId="4ECE3312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 mátrixban megjelölt felelősségi szerepek az önkormányzat szervezeti és működési szabályzatával, a hivatal ügyrendjével, az iratkezelési szabályzattal és az adott feladat hatásköri rendjével összhangban alkalmazandók.</w:t>
      </w:r>
    </w:p>
    <w:p w14:paraId="578A1E3E" w14:textId="77777777" w:rsidR="00715C8A" w:rsidRPr="007E202F" w:rsidRDefault="00715C8A">
      <w:pPr>
        <w:rPr>
          <w:lang w:val="hu-HU"/>
        </w:rPr>
        <w:sectPr w:rsidR="00715C8A" w:rsidRPr="007E202F">
          <w:pgSz w:w="16838" w:h="11906" w:orient="landscape"/>
          <w:pgMar w:top="907" w:right="850" w:bottom="850" w:left="850" w:header="720" w:footer="720" w:gutter="0"/>
          <w:cols w:space="720"/>
          <w:docGrid w:linePitch="360"/>
        </w:sectPr>
      </w:pPr>
    </w:p>
    <w:p w14:paraId="6D745880" w14:textId="77777777" w:rsidR="00364C91" w:rsidRPr="007E202F" w:rsidRDefault="00364C91">
      <w:pPr>
        <w:pStyle w:val="Cmsor1"/>
        <w:rPr>
          <w:rFonts w:ascii="Arial" w:hAnsi="Arial" w:cs="Arial"/>
          <w:lang w:val="hu-HU"/>
        </w:rPr>
      </w:pPr>
    </w:p>
    <w:p w14:paraId="68B70F28" w14:textId="42D18F1A" w:rsidR="00715C8A" w:rsidRPr="007E202F" w:rsidRDefault="00CB4BEE" w:rsidP="00C25738">
      <w:pPr>
        <w:pStyle w:val="Cmsor1"/>
        <w:numPr>
          <w:ilvl w:val="0"/>
          <w:numId w:val="10"/>
        </w:numPr>
        <w:ind w:left="426" w:hanging="426"/>
        <w:rPr>
          <w:rFonts w:ascii="Arial" w:hAnsi="Arial" w:cs="Arial"/>
          <w:lang w:val="hu-HU"/>
        </w:rPr>
      </w:pPr>
      <w:bookmarkStart w:id="28" w:name="_Toc239678579"/>
      <w:r w:rsidRPr="007E202F">
        <w:rPr>
          <w:rFonts w:ascii="Arial" w:hAnsi="Arial" w:cs="Arial"/>
          <w:lang w:val="hu-HU"/>
        </w:rPr>
        <w:t>számú melléklet: Éves partnerségi intézkedési terv mintája</w:t>
      </w:r>
      <w:bookmarkEnd w:id="28"/>
    </w:p>
    <w:p w14:paraId="38F2453E" w14:textId="77777777" w:rsidR="00364C91" w:rsidRPr="007E202F" w:rsidRDefault="00364C91" w:rsidP="00364C91">
      <w:pPr>
        <w:rPr>
          <w:lang w:val="hu-HU"/>
        </w:rPr>
      </w:pPr>
    </w:p>
    <w:p w14:paraId="51CD5B2E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Dokumentum típusa: éves munkaterv és végrehajtási dokumentum</w:t>
      </w:r>
    </w:p>
    <w:p w14:paraId="4E2FD1E5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Időszak: [év]</w:t>
      </w:r>
    </w:p>
    <w:p w14:paraId="1B942465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Készítette: [szervezeti egység / felelős személy]</w:t>
      </w:r>
    </w:p>
    <w:p w14:paraId="1D45073E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Jóváhagyja: [közgyűlés / elnök / főjegyző – a helyi szabályozás szerint]</w:t>
      </w:r>
    </w:p>
    <w:p w14:paraId="7C33931C" w14:textId="02C0AB58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Az Éves partnerségi intézkedési terv célja, hogy meghatározza a megyei önkormányzat partnerségi rendszerének adott évre vonatkozó fő feladatait, ütemezését, felelőseit, teljesítési határidejét és dokumentálási követelményeit.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 w:rsidR="00715C8A" w:rsidRPr="007E202F" w14:paraId="7B1DE7BF" w14:textId="77777777">
        <w:trPr>
          <w:jc w:val="center"/>
        </w:trPr>
        <w:tc>
          <w:tcPr>
            <w:tcW w:w="216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9FA536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Sorszám</w:t>
            </w:r>
          </w:p>
        </w:tc>
        <w:tc>
          <w:tcPr>
            <w:tcW w:w="216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91F530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Intézkedés</w:t>
            </w:r>
          </w:p>
        </w:tc>
        <w:tc>
          <w:tcPr>
            <w:tcW w:w="216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7813D8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Cél</w:t>
            </w:r>
          </w:p>
        </w:tc>
        <w:tc>
          <w:tcPr>
            <w:tcW w:w="216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9E2467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Felelős</w:t>
            </w:r>
          </w:p>
        </w:tc>
        <w:tc>
          <w:tcPr>
            <w:tcW w:w="216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E76295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Határidő</w:t>
            </w:r>
          </w:p>
        </w:tc>
        <w:tc>
          <w:tcPr>
            <w:tcW w:w="216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BD9577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Elvárt eredmény</w:t>
            </w:r>
          </w:p>
        </w:tc>
        <w:tc>
          <w:tcPr>
            <w:tcW w:w="2163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1BDDEF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4"/>
                <w:lang w:val="hu-HU"/>
              </w:rPr>
              <w:t>Dokumentálás módja</w:t>
            </w:r>
          </w:p>
        </w:tc>
      </w:tr>
      <w:tr w:rsidR="00715C8A" w:rsidRPr="007E202F" w14:paraId="46F478A3" w14:textId="77777777">
        <w:trPr>
          <w:jc w:val="center"/>
        </w:trPr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5086F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1.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579ACF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Partneri adatbázis felülvizsgálata és frissítése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DADD8D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Naprakész partneri kör biztosítása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7248B5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[kijelölt felelős]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5C2378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január 31.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C972A9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aktualizált partnerlista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407C7B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partner-nyilvántartás, módosítási napló</w:t>
            </w:r>
          </w:p>
        </w:tc>
      </w:tr>
      <w:tr w:rsidR="00715C8A" w:rsidRPr="007E202F" w14:paraId="3083A741" w14:textId="77777777">
        <w:trPr>
          <w:jc w:val="center"/>
        </w:trPr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C4EC05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2.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9F3763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Éves partnerségi egyeztetési naptár összeállítása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1C93F3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Tervezhető egyeztetési folyamat kialakítása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64B9F4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[szervezeti egység]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3E95F7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február 15.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D0BF3C9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jóváhagyott éves ütemterv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940B56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ütemterv, vezetői jóváhagyás</w:t>
            </w:r>
          </w:p>
        </w:tc>
      </w:tr>
      <w:tr w:rsidR="00715C8A" w:rsidRPr="007E202F" w14:paraId="110139D7" w14:textId="77777777">
        <w:trPr>
          <w:jc w:val="center"/>
        </w:trPr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B42741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3.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52BCC2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Területfejlesztési dokumentumokhoz kapcsolódó partneri tájékoztatás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2037A5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Átlátható információáramlás biztosítása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036E44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[szakmai felelős]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A9D875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folyamatos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E1CB5C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tájékoztatott partneri kör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434D81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kiküldött tájékoztatók, honlapmentések</w:t>
            </w:r>
          </w:p>
        </w:tc>
      </w:tr>
      <w:tr w:rsidR="00715C8A" w:rsidRPr="007E202F" w14:paraId="663DC5C2" w14:textId="77777777">
        <w:trPr>
          <w:jc w:val="center"/>
        </w:trPr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1496C3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4.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E8B6BD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Partneri vélemények és javaslatok összegyűjtése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B77342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Érdemi visszacsatolás biztosítása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CD9BE4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[ügyintéző]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E26FC5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az egyeztetési határidő szerint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E68873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összesített véleménylista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0D59E0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észrevétel-nyilvántartás</w:t>
            </w:r>
          </w:p>
        </w:tc>
      </w:tr>
      <w:tr w:rsidR="00715C8A" w:rsidRPr="007E202F" w14:paraId="246EBEF6" w14:textId="77777777">
        <w:trPr>
          <w:jc w:val="center"/>
        </w:trPr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D88614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5.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9CAEF8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Éves partnerségi beszámoló elkészítése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F123C2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A végrehajtás értékelése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F57DC7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[szervezeti egység vezetője]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5E70CE4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december 15.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E65940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elkészült beszámoló</w:t>
            </w:r>
          </w:p>
        </w:tc>
        <w:tc>
          <w:tcPr>
            <w:tcW w:w="216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EFABE98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4"/>
                <w:lang w:val="hu-HU"/>
              </w:rPr>
              <w:t>beszámoló, mellékletek</w:t>
            </w:r>
          </w:p>
        </w:tc>
      </w:tr>
    </w:tbl>
    <w:p w14:paraId="47A0B304" w14:textId="77777777" w:rsidR="00715C8A" w:rsidRPr="007E202F" w:rsidRDefault="00715C8A">
      <w:pPr>
        <w:rPr>
          <w:lang w:val="hu-HU"/>
        </w:rPr>
      </w:pPr>
    </w:p>
    <w:p w14:paraId="7B007D83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A terv végrehajtását a kijelölt felelős szervezeti egység folyamatosan nyomon követi. A teljesítés állását legalább </w:t>
      </w:r>
      <w:proofErr w:type="spellStart"/>
      <w:r w:rsidRPr="007E202F">
        <w:rPr>
          <w:sz w:val="24"/>
          <w:szCs w:val="24"/>
          <w:lang w:val="hu-HU"/>
        </w:rPr>
        <w:t>félévente</w:t>
      </w:r>
      <w:proofErr w:type="spellEnd"/>
      <w:r w:rsidRPr="007E202F">
        <w:rPr>
          <w:sz w:val="24"/>
          <w:szCs w:val="24"/>
          <w:lang w:val="hu-HU"/>
        </w:rPr>
        <w:t xml:space="preserve"> indokolt áttekinteni.</w:t>
      </w:r>
    </w:p>
    <w:p w14:paraId="5CDBFB5B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Jóváhagyási záradék: Jelen Éves partnerségi intézkedési tervet a [jóváhagyó szerv / személy] a [határozat száma / jóváhagyás módja] alapján jóváhagyta.</w:t>
      </w:r>
    </w:p>
    <w:p w14:paraId="7E46BA21" w14:textId="77777777" w:rsidR="00715C8A" w:rsidRPr="007E202F" w:rsidRDefault="00715C8A">
      <w:pPr>
        <w:rPr>
          <w:lang w:val="hu-HU"/>
        </w:rPr>
        <w:sectPr w:rsidR="00715C8A" w:rsidRPr="007E202F">
          <w:pgSz w:w="16838" w:h="11906" w:orient="landscape"/>
          <w:pgMar w:top="907" w:right="850" w:bottom="850" w:left="850" w:header="720" w:footer="720" w:gutter="0"/>
          <w:cols w:space="720"/>
          <w:docGrid w:linePitch="360"/>
        </w:sectPr>
      </w:pPr>
    </w:p>
    <w:p w14:paraId="4AD128D5" w14:textId="77777777" w:rsidR="00FA0FC5" w:rsidRPr="007E202F" w:rsidRDefault="00FA0FC5">
      <w:pPr>
        <w:pStyle w:val="Cmsor1"/>
        <w:rPr>
          <w:rFonts w:ascii="Arial" w:hAnsi="Arial" w:cs="Arial"/>
          <w:lang w:val="hu-HU"/>
        </w:rPr>
      </w:pPr>
    </w:p>
    <w:p w14:paraId="7A5F8FA7" w14:textId="67DE98F3" w:rsidR="00715C8A" w:rsidRPr="007E202F" w:rsidRDefault="00CB4BEE">
      <w:pPr>
        <w:pStyle w:val="Cmsor1"/>
        <w:rPr>
          <w:rFonts w:ascii="Arial" w:hAnsi="Arial" w:cs="Arial"/>
          <w:lang w:val="hu-HU"/>
        </w:rPr>
      </w:pPr>
      <w:bookmarkStart w:id="29" w:name="_Toc239678580"/>
      <w:r w:rsidRPr="007E202F">
        <w:rPr>
          <w:rFonts w:ascii="Arial" w:hAnsi="Arial" w:cs="Arial"/>
          <w:lang w:val="hu-HU"/>
        </w:rPr>
        <w:t>1</w:t>
      </w:r>
      <w:r w:rsidR="00C25738">
        <w:rPr>
          <w:rFonts w:ascii="Arial" w:hAnsi="Arial" w:cs="Arial"/>
          <w:lang w:val="hu-HU"/>
        </w:rPr>
        <w:t>0</w:t>
      </w:r>
      <w:r w:rsidRPr="007E202F">
        <w:rPr>
          <w:rFonts w:ascii="Arial" w:hAnsi="Arial" w:cs="Arial"/>
          <w:lang w:val="hu-HU"/>
        </w:rPr>
        <w:t>. számú melléklet: Partnerségi kockázati nyilvántartási mintája</w:t>
      </w:r>
      <w:bookmarkEnd w:id="29"/>
    </w:p>
    <w:p w14:paraId="3F16E9B0" w14:textId="77777777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Cél: a partnerségi rendszer működésével összefüggő kockázatok egységes azonosítása, értékelése, kezelése és nyomon követése.</w:t>
      </w:r>
    </w:p>
    <w:p w14:paraId="6D0FCDB1" w14:textId="4C7DFDDF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 xml:space="preserve">Alkalmazási kör: a nyilvántartás használható a partnerségi terv, a partnerségi egyeztetések, a területfejlesztési dokumentumok </w:t>
      </w:r>
      <w:proofErr w:type="spellStart"/>
      <w:r w:rsidRPr="007E202F">
        <w:rPr>
          <w:sz w:val="24"/>
          <w:szCs w:val="24"/>
          <w:lang w:val="hu-HU"/>
        </w:rPr>
        <w:t>társadalmasí</w:t>
      </w:r>
      <w:r w:rsidR="009E2E98" w:rsidRPr="007E202F">
        <w:rPr>
          <w:sz w:val="24"/>
          <w:szCs w:val="24"/>
          <w:lang w:val="hu-HU"/>
        </w:rPr>
        <w:t>-</w:t>
      </w:r>
      <w:r w:rsidRPr="007E202F">
        <w:rPr>
          <w:sz w:val="24"/>
          <w:szCs w:val="24"/>
          <w:lang w:val="hu-HU"/>
        </w:rPr>
        <w:t>tása</w:t>
      </w:r>
      <w:proofErr w:type="spellEnd"/>
      <w:r w:rsidRPr="007E202F">
        <w:rPr>
          <w:sz w:val="24"/>
          <w:szCs w:val="24"/>
          <w:lang w:val="hu-HU"/>
        </w:rPr>
        <w:t>, a monitoring jelentések, valamint az éves önértékelés és vezetői beszámolás előkészítése során.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784"/>
        <w:gridCol w:w="3784"/>
        <w:gridCol w:w="3784"/>
        <w:gridCol w:w="3784"/>
      </w:tblGrid>
      <w:tr w:rsidR="00715C8A" w:rsidRPr="007E202F" w14:paraId="7A6E60F8" w14:textId="77777777">
        <w:trPr>
          <w:jc w:val="center"/>
        </w:trPr>
        <w:tc>
          <w:tcPr>
            <w:tcW w:w="378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52E774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6"/>
                <w:lang w:val="hu-HU"/>
              </w:rPr>
              <w:t>Érték</w:t>
            </w:r>
          </w:p>
        </w:tc>
        <w:tc>
          <w:tcPr>
            <w:tcW w:w="378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861334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6"/>
                <w:lang w:val="hu-HU"/>
              </w:rPr>
              <w:t>Bekövetkezési valószínűség</w:t>
            </w:r>
          </w:p>
        </w:tc>
        <w:tc>
          <w:tcPr>
            <w:tcW w:w="378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9B5EFF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6"/>
                <w:lang w:val="hu-HU"/>
              </w:rPr>
              <w:t>Hatás</w:t>
            </w:r>
          </w:p>
        </w:tc>
        <w:tc>
          <w:tcPr>
            <w:tcW w:w="378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9843D0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6"/>
                <w:lang w:val="hu-HU"/>
              </w:rPr>
              <w:t>Értelmezés</w:t>
            </w:r>
          </w:p>
        </w:tc>
      </w:tr>
      <w:tr w:rsidR="00715C8A" w:rsidRPr="007E202F" w14:paraId="6855CFBF" w14:textId="77777777">
        <w:trPr>
          <w:jc w:val="center"/>
        </w:trPr>
        <w:tc>
          <w:tcPr>
            <w:tcW w:w="37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8B0533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1</w:t>
            </w:r>
          </w:p>
        </w:tc>
        <w:tc>
          <w:tcPr>
            <w:tcW w:w="37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536027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Alacsony</w:t>
            </w:r>
          </w:p>
        </w:tc>
        <w:tc>
          <w:tcPr>
            <w:tcW w:w="37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9C7DED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Csekély</w:t>
            </w:r>
          </w:p>
        </w:tc>
        <w:tc>
          <w:tcPr>
            <w:tcW w:w="37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97CB0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Ritkán fordul elő, a működést érdemben nem veszélyezteti.</w:t>
            </w:r>
          </w:p>
        </w:tc>
      </w:tr>
      <w:tr w:rsidR="00715C8A" w:rsidRPr="007E202F" w14:paraId="0E6DBE2E" w14:textId="77777777">
        <w:trPr>
          <w:jc w:val="center"/>
        </w:trPr>
        <w:tc>
          <w:tcPr>
            <w:tcW w:w="37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0FAF4C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2</w:t>
            </w:r>
          </w:p>
        </w:tc>
        <w:tc>
          <w:tcPr>
            <w:tcW w:w="37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7C4D970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Közepes</w:t>
            </w:r>
          </w:p>
        </w:tc>
        <w:tc>
          <w:tcPr>
            <w:tcW w:w="37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D68DE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Mérsékelt</w:t>
            </w:r>
          </w:p>
        </w:tc>
        <w:tc>
          <w:tcPr>
            <w:tcW w:w="37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0FC10D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Előfordulhat, kisebb korrekciót vagy vezetői figyelmet igényel.</w:t>
            </w:r>
          </w:p>
        </w:tc>
      </w:tr>
      <w:tr w:rsidR="00715C8A" w:rsidRPr="007E202F" w14:paraId="75BDCABC" w14:textId="77777777">
        <w:trPr>
          <w:jc w:val="center"/>
        </w:trPr>
        <w:tc>
          <w:tcPr>
            <w:tcW w:w="37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25B5D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3</w:t>
            </w:r>
          </w:p>
        </w:tc>
        <w:tc>
          <w:tcPr>
            <w:tcW w:w="37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BED73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Magas</w:t>
            </w:r>
          </w:p>
        </w:tc>
        <w:tc>
          <w:tcPr>
            <w:tcW w:w="37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545E4F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Jelentős</w:t>
            </w:r>
          </w:p>
        </w:tc>
        <w:tc>
          <w:tcPr>
            <w:tcW w:w="378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B2CF0B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6"/>
                <w:lang w:val="hu-HU"/>
              </w:rPr>
              <w:t>Valószínű vagy ismétlődő, a partnerségi rendszer szabályszerűségét, átláthatóságát vagy eredményességét veszélyezteti.</w:t>
            </w:r>
          </w:p>
        </w:tc>
      </w:tr>
    </w:tbl>
    <w:p w14:paraId="0D17842A" w14:textId="77777777" w:rsidR="00715C8A" w:rsidRPr="007E202F" w:rsidRDefault="00715C8A">
      <w:pPr>
        <w:rPr>
          <w:lang w:val="hu-HU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261"/>
        <w:gridCol w:w="1261"/>
        <w:gridCol w:w="1261"/>
        <w:gridCol w:w="1261"/>
        <w:gridCol w:w="1261"/>
        <w:gridCol w:w="1261"/>
        <w:gridCol w:w="1261"/>
        <w:gridCol w:w="1261"/>
        <w:gridCol w:w="1261"/>
        <w:gridCol w:w="1261"/>
        <w:gridCol w:w="1261"/>
        <w:gridCol w:w="1261"/>
      </w:tblGrid>
      <w:tr w:rsidR="00715C8A" w:rsidRPr="007E202F" w14:paraId="70E571CD" w14:textId="77777777">
        <w:trPr>
          <w:jc w:val="center"/>
        </w:trPr>
        <w:tc>
          <w:tcPr>
            <w:tcW w:w="126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35E818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2"/>
                <w:lang w:val="hu-HU"/>
              </w:rPr>
              <w:t>Sorszám</w:t>
            </w:r>
          </w:p>
        </w:tc>
        <w:tc>
          <w:tcPr>
            <w:tcW w:w="126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15BA55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2"/>
                <w:lang w:val="hu-HU"/>
              </w:rPr>
              <w:t>Kockázati terület</w:t>
            </w:r>
          </w:p>
        </w:tc>
        <w:tc>
          <w:tcPr>
            <w:tcW w:w="126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9A3203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2"/>
                <w:lang w:val="hu-HU"/>
              </w:rPr>
              <w:t>Kockázat megnevezése</w:t>
            </w:r>
          </w:p>
        </w:tc>
        <w:tc>
          <w:tcPr>
            <w:tcW w:w="126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7D5C7B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2"/>
                <w:lang w:val="hu-HU"/>
              </w:rPr>
              <w:t>Kockázat leírása</w:t>
            </w:r>
          </w:p>
        </w:tc>
        <w:tc>
          <w:tcPr>
            <w:tcW w:w="126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51A7C9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2"/>
                <w:lang w:val="hu-HU"/>
              </w:rPr>
              <w:t>Valószínűség</w:t>
            </w:r>
          </w:p>
        </w:tc>
        <w:tc>
          <w:tcPr>
            <w:tcW w:w="126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9EA057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2"/>
                <w:lang w:val="hu-HU"/>
              </w:rPr>
              <w:t>Hatás</w:t>
            </w:r>
          </w:p>
        </w:tc>
        <w:tc>
          <w:tcPr>
            <w:tcW w:w="126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79E6AB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2"/>
                <w:lang w:val="hu-HU"/>
              </w:rPr>
              <w:t>Kockázati szint</w:t>
            </w:r>
          </w:p>
        </w:tc>
        <w:tc>
          <w:tcPr>
            <w:tcW w:w="126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932FBF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2"/>
                <w:lang w:val="hu-HU"/>
              </w:rPr>
              <w:t>Megelőző / kezelő intézkedés</w:t>
            </w:r>
          </w:p>
        </w:tc>
        <w:tc>
          <w:tcPr>
            <w:tcW w:w="126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9B9584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2"/>
                <w:lang w:val="hu-HU"/>
              </w:rPr>
              <w:t>Felelős</w:t>
            </w:r>
          </w:p>
        </w:tc>
        <w:tc>
          <w:tcPr>
            <w:tcW w:w="126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C3CEB5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2"/>
                <w:lang w:val="hu-HU"/>
              </w:rPr>
              <w:t>Határidő</w:t>
            </w:r>
          </w:p>
        </w:tc>
        <w:tc>
          <w:tcPr>
            <w:tcW w:w="126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DDC2DB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2"/>
                <w:lang w:val="hu-HU"/>
              </w:rPr>
              <w:t>Státusz</w:t>
            </w:r>
          </w:p>
        </w:tc>
        <w:tc>
          <w:tcPr>
            <w:tcW w:w="1261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8921E0" w14:textId="77777777" w:rsidR="00715C8A" w:rsidRPr="007E202F" w:rsidRDefault="00CB4BEE">
            <w:pPr>
              <w:jc w:val="center"/>
              <w:rPr>
                <w:lang w:val="hu-HU"/>
              </w:rPr>
            </w:pPr>
            <w:r w:rsidRPr="007E202F">
              <w:rPr>
                <w:b/>
                <w:sz w:val="12"/>
                <w:lang w:val="hu-HU"/>
              </w:rPr>
              <w:t>Felülvizsgálat dátuma</w:t>
            </w:r>
          </w:p>
        </w:tc>
      </w:tr>
      <w:tr w:rsidR="00715C8A" w:rsidRPr="007E202F" w14:paraId="5917C32B" w14:textId="77777777">
        <w:trPr>
          <w:jc w:val="center"/>
        </w:trPr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4BC71A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1.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21ED36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Partneri kör naprakészsége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96165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Hiányos vagy elavult partnerlista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E5079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A partnerségi nyilvántartás nem tartalmaz minden releváns szereplőt, vagy az elérhetőségek nem naprakészek.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61E85A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2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1BA821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3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0DAEE3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Magas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FB1D73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Éves partnerlista-felülvizsgálat, új szereplők azonosítása, elérhetőségek egyeztetése.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A5764D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Területfejlesztési referens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B86AA5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Évente január 31.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E033C1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Folyamatban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2E379A" w14:textId="77777777" w:rsidR="00715C8A" w:rsidRPr="007E202F" w:rsidRDefault="00715C8A">
            <w:pPr>
              <w:rPr>
                <w:lang w:val="hu-HU"/>
              </w:rPr>
            </w:pPr>
          </w:p>
        </w:tc>
      </w:tr>
      <w:tr w:rsidR="00715C8A" w:rsidRPr="007E202F" w14:paraId="6FE48A74" w14:textId="77777777">
        <w:trPr>
          <w:jc w:val="center"/>
        </w:trPr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A7399C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2.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5A1294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Egyeztetések dokumentálása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8789D1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Nem megfelelő dokumentáltság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1BEC66E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Az egyeztetések meghívói, jelenléti ívei, emlékeztetői vagy véleményösszesítői hiányosak.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CF49F2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2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54968B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3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200CDD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Magas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9A673B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Egységes iratminták alkalmazása; iratellenőrzési lista bevezetése.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772077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Partnerségi koordinátor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2573DB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Egyeztetést követő 10 munkanap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DA97B6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Nyitott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FB0466" w14:textId="77777777" w:rsidR="00715C8A" w:rsidRPr="007E202F" w:rsidRDefault="00715C8A">
            <w:pPr>
              <w:rPr>
                <w:lang w:val="hu-HU"/>
              </w:rPr>
            </w:pPr>
          </w:p>
        </w:tc>
      </w:tr>
      <w:tr w:rsidR="00715C8A" w:rsidRPr="007E202F" w14:paraId="2B9893A1" w14:textId="77777777">
        <w:trPr>
          <w:jc w:val="center"/>
        </w:trPr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A07655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3.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E86DD2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Vélemények kezelése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CA146B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Beérkezett vélemények nyomon követésének hiánya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7DFB8D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Nem igazolható, hogy a partnerek észrevételeit rögzítették, értékelték és figyelembe vették.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283049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2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D10EE6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3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C35781B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Magas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4D6285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Véleménykezelési nyilvántartás vezetése.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C989CC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Szakmai főosztály / referens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B805CB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Folyamatos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C2F670" w14:textId="77777777" w:rsidR="00715C8A" w:rsidRPr="007E202F" w:rsidRDefault="00CB4BEE">
            <w:pPr>
              <w:rPr>
                <w:lang w:val="hu-HU"/>
              </w:rPr>
            </w:pPr>
            <w:r w:rsidRPr="007E202F">
              <w:rPr>
                <w:sz w:val="12"/>
                <w:lang w:val="hu-HU"/>
              </w:rPr>
              <w:t>Nyitott</w:t>
            </w:r>
          </w:p>
        </w:tc>
        <w:tc>
          <w:tcPr>
            <w:tcW w:w="126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7521A5" w14:textId="77777777" w:rsidR="00715C8A" w:rsidRPr="007E202F" w:rsidRDefault="00715C8A">
            <w:pPr>
              <w:rPr>
                <w:lang w:val="hu-HU"/>
              </w:rPr>
            </w:pPr>
          </w:p>
        </w:tc>
      </w:tr>
    </w:tbl>
    <w:p w14:paraId="1764556B" w14:textId="77777777" w:rsidR="00715C8A" w:rsidRPr="007E202F" w:rsidRDefault="00715C8A">
      <w:pPr>
        <w:rPr>
          <w:lang w:val="hu-HU"/>
        </w:rPr>
      </w:pPr>
    </w:p>
    <w:p w14:paraId="7C822078" w14:textId="77777777" w:rsidR="00990789" w:rsidRPr="007E202F" w:rsidRDefault="00990789">
      <w:pPr>
        <w:jc w:val="both"/>
        <w:rPr>
          <w:lang w:val="hu-HU"/>
        </w:rPr>
      </w:pPr>
    </w:p>
    <w:p w14:paraId="403DAC84" w14:textId="77777777" w:rsidR="00990789" w:rsidRPr="007E202F" w:rsidRDefault="00990789">
      <w:pPr>
        <w:jc w:val="both"/>
        <w:rPr>
          <w:lang w:val="hu-HU"/>
        </w:rPr>
      </w:pPr>
    </w:p>
    <w:p w14:paraId="1C6D4E3D" w14:textId="77777777" w:rsidR="00990789" w:rsidRPr="007E202F" w:rsidRDefault="00990789">
      <w:pPr>
        <w:jc w:val="both"/>
        <w:rPr>
          <w:lang w:val="hu-HU"/>
        </w:rPr>
      </w:pPr>
    </w:p>
    <w:p w14:paraId="65D3FE7B" w14:textId="77777777" w:rsidR="00990789" w:rsidRPr="007E202F" w:rsidRDefault="00990789">
      <w:pPr>
        <w:jc w:val="both"/>
        <w:rPr>
          <w:lang w:val="hu-HU"/>
        </w:rPr>
      </w:pPr>
    </w:p>
    <w:p w14:paraId="7F2D99BF" w14:textId="285F29D1" w:rsidR="00715C8A" w:rsidRPr="007E202F" w:rsidRDefault="00CB4BEE">
      <w:pPr>
        <w:jc w:val="both"/>
        <w:rPr>
          <w:sz w:val="24"/>
          <w:szCs w:val="24"/>
          <w:lang w:val="hu-HU"/>
        </w:rPr>
      </w:pPr>
      <w:r w:rsidRPr="007E202F">
        <w:rPr>
          <w:sz w:val="24"/>
          <w:szCs w:val="24"/>
          <w:lang w:val="hu-HU"/>
        </w:rPr>
        <w:t>Használati megjegyzés: a nyilvántartást célszerű legalább évente egyszer, továbbá minden jelentősebb partnerségi egyeztetés vagy ellenőrzési megállapítás után felülvizsgálni. A kockázati szint meghatározható a valószínűség és a hatás szorzataként. Magas kockázat esetén intézkedési terv készítése javasolt.</w:t>
      </w:r>
    </w:p>
    <w:sectPr w:rsidR="00715C8A" w:rsidRPr="007E202F" w:rsidSect="00034616">
      <w:pgSz w:w="16838" w:h="11906" w:orient="landscape"/>
      <w:pgMar w:top="907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C3BE9" w14:textId="77777777" w:rsidR="00FB69E0" w:rsidRDefault="00FB69E0">
      <w:pPr>
        <w:spacing w:after="0" w:line="240" w:lineRule="auto"/>
      </w:pPr>
      <w:r>
        <w:separator/>
      </w:r>
    </w:p>
  </w:endnote>
  <w:endnote w:type="continuationSeparator" w:id="0">
    <w:p w14:paraId="585BA002" w14:textId="77777777" w:rsidR="00FB69E0" w:rsidRDefault="00FB6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B73AD" w14:textId="77777777" w:rsidR="00E8546D" w:rsidRDefault="00E8546D">
    <w:pPr>
      <w:pStyle w:val="llb"/>
      <w:jc w:val="center"/>
    </w:pPr>
  </w:p>
  <w:p w14:paraId="140ED26B" w14:textId="254A5429" w:rsidR="00715C8A" w:rsidRDefault="00CB4BEE">
    <w:pPr>
      <w:pStyle w:val="llb"/>
      <w:jc w:val="center"/>
    </w:pPr>
    <w:r>
      <w:t xml:space="preserve"> </w:t>
    </w:r>
    <w:r>
      <w:fldChar w:fldCharType="begin"/>
    </w:r>
    <w:r>
      <w:instrText>PAGE</w:instrText>
    </w:r>
    <w:r>
      <w:fldChar w:fldCharType="separate"/>
    </w:r>
    <w:r w:rsidR="00705302">
      <w:rPr>
        <w:noProof/>
      </w:rP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7DFFC" w14:textId="77777777" w:rsidR="00FB69E0" w:rsidRDefault="00FB69E0">
      <w:pPr>
        <w:spacing w:after="0" w:line="240" w:lineRule="auto"/>
      </w:pPr>
      <w:r>
        <w:separator/>
      </w:r>
    </w:p>
  </w:footnote>
  <w:footnote w:type="continuationSeparator" w:id="0">
    <w:p w14:paraId="408740CD" w14:textId="77777777" w:rsidR="00FB69E0" w:rsidRDefault="00FB6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3B56B" w14:textId="359CD0F3" w:rsidR="00715C8A" w:rsidRDefault="00CB4BEE">
    <w:pPr>
      <w:pStyle w:val="lfej"/>
      <w:jc w:val="center"/>
    </w:pPr>
    <w:r>
      <w:rPr>
        <w:color w:val="646464"/>
        <w:sz w:val="18"/>
      </w:rPr>
      <w:t xml:space="preserve">Győr-Moson-Sopron </w:t>
    </w:r>
    <w:r w:rsidR="002B64A7">
      <w:rPr>
        <w:color w:val="646464"/>
        <w:sz w:val="18"/>
      </w:rPr>
      <w:t>Megyei</w:t>
    </w:r>
    <w:r>
      <w:rPr>
        <w:color w:val="646464"/>
        <w:sz w:val="18"/>
      </w:rPr>
      <w:t xml:space="preserve"> Önkormányzat – </w:t>
    </w:r>
    <w:proofErr w:type="spellStart"/>
    <w:r>
      <w:rPr>
        <w:color w:val="646464"/>
        <w:sz w:val="18"/>
      </w:rPr>
      <w:t>Partnerségi</w:t>
    </w:r>
    <w:proofErr w:type="spellEnd"/>
    <w:r>
      <w:rPr>
        <w:color w:val="646464"/>
        <w:sz w:val="18"/>
      </w:rPr>
      <w:t xml:space="preserve"> </w:t>
    </w:r>
    <w:proofErr w:type="spellStart"/>
    <w:r>
      <w:rPr>
        <w:color w:val="646464"/>
        <w:sz w:val="18"/>
      </w:rPr>
      <w:t>Szabályzat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6C2D14"/>
    <w:multiLevelType w:val="hybridMultilevel"/>
    <w:tmpl w:val="16D2D48C"/>
    <w:lvl w:ilvl="0" w:tplc="040E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9791B"/>
    <w:multiLevelType w:val="hybridMultilevel"/>
    <w:tmpl w:val="840E7F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CE59D4"/>
    <w:multiLevelType w:val="hybridMultilevel"/>
    <w:tmpl w:val="7BDAD15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376313">
    <w:abstractNumId w:val="8"/>
  </w:num>
  <w:num w:numId="2" w16cid:durableId="393705528">
    <w:abstractNumId w:val="6"/>
  </w:num>
  <w:num w:numId="3" w16cid:durableId="707342004">
    <w:abstractNumId w:val="5"/>
  </w:num>
  <w:num w:numId="4" w16cid:durableId="1423575396">
    <w:abstractNumId w:val="4"/>
  </w:num>
  <w:num w:numId="5" w16cid:durableId="2098749234">
    <w:abstractNumId w:val="7"/>
  </w:num>
  <w:num w:numId="6" w16cid:durableId="515509229">
    <w:abstractNumId w:val="3"/>
  </w:num>
  <w:num w:numId="7" w16cid:durableId="580988886">
    <w:abstractNumId w:val="2"/>
  </w:num>
  <w:num w:numId="8" w16cid:durableId="10840326">
    <w:abstractNumId w:val="1"/>
  </w:num>
  <w:num w:numId="9" w16cid:durableId="577792117">
    <w:abstractNumId w:val="0"/>
  </w:num>
  <w:num w:numId="10" w16cid:durableId="1181815269">
    <w:abstractNumId w:val="10"/>
  </w:num>
  <w:num w:numId="11" w16cid:durableId="1216626212">
    <w:abstractNumId w:val="11"/>
  </w:num>
  <w:num w:numId="12" w16cid:durableId="19883218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B85"/>
    <w:rsid w:val="00034616"/>
    <w:rsid w:val="000572C8"/>
    <w:rsid w:val="0006063C"/>
    <w:rsid w:val="000811B0"/>
    <w:rsid w:val="00092635"/>
    <w:rsid w:val="000B0E4B"/>
    <w:rsid w:val="000C1AEC"/>
    <w:rsid w:val="000D15DD"/>
    <w:rsid w:val="000D7E75"/>
    <w:rsid w:val="00103ADA"/>
    <w:rsid w:val="00137AFC"/>
    <w:rsid w:val="00146748"/>
    <w:rsid w:val="0015074B"/>
    <w:rsid w:val="00154F34"/>
    <w:rsid w:val="00162306"/>
    <w:rsid w:val="001A3884"/>
    <w:rsid w:val="001B77D9"/>
    <w:rsid w:val="001C34D7"/>
    <w:rsid w:val="001F0F4E"/>
    <w:rsid w:val="00223289"/>
    <w:rsid w:val="00231E81"/>
    <w:rsid w:val="002349DE"/>
    <w:rsid w:val="00235346"/>
    <w:rsid w:val="00281238"/>
    <w:rsid w:val="00293718"/>
    <w:rsid w:val="0029639D"/>
    <w:rsid w:val="002B64A7"/>
    <w:rsid w:val="002C780F"/>
    <w:rsid w:val="00310F3C"/>
    <w:rsid w:val="00322696"/>
    <w:rsid w:val="003245B2"/>
    <w:rsid w:val="00326313"/>
    <w:rsid w:val="00326F90"/>
    <w:rsid w:val="00333A83"/>
    <w:rsid w:val="00336C5A"/>
    <w:rsid w:val="003565EB"/>
    <w:rsid w:val="00364C91"/>
    <w:rsid w:val="00367DCE"/>
    <w:rsid w:val="00380413"/>
    <w:rsid w:val="00392FCC"/>
    <w:rsid w:val="003B6C27"/>
    <w:rsid w:val="003C045D"/>
    <w:rsid w:val="003C4F49"/>
    <w:rsid w:val="003E170A"/>
    <w:rsid w:val="003F5AB6"/>
    <w:rsid w:val="00416BF1"/>
    <w:rsid w:val="0042202D"/>
    <w:rsid w:val="00422910"/>
    <w:rsid w:val="00422B67"/>
    <w:rsid w:val="0044567F"/>
    <w:rsid w:val="00447D76"/>
    <w:rsid w:val="00447DC5"/>
    <w:rsid w:val="00457525"/>
    <w:rsid w:val="004950C4"/>
    <w:rsid w:val="004A12EE"/>
    <w:rsid w:val="004F7AC6"/>
    <w:rsid w:val="00502905"/>
    <w:rsid w:val="00532E4D"/>
    <w:rsid w:val="00533BA9"/>
    <w:rsid w:val="00536986"/>
    <w:rsid w:val="0055487F"/>
    <w:rsid w:val="005602F2"/>
    <w:rsid w:val="005726B7"/>
    <w:rsid w:val="00576793"/>
    <w:rsid w:val="00593958"/>
    <w:rsid w:val="005D09D2"/>
    <w:rsid w:val="005D7E48"/>
    <w:rsid w:val="00625FE5"/>
    <w:rsid w:val="006655B8"/>
    <w:rsid w:val="00666D1D"/>
    <w:rsid w:val="006735F0"/>
    <w:rsid w:val="00690587"/>
    <w:rsid w:val="006C0529"/>
    <w:rsid w:val="006C4E78"/>
    <w:rsid w:val="00705302"/>
    <w:rsid w:val="00706ADF"/>
    <w:rsid w:val="00715C8A"/>
    <w:rsid w:val="00716B12"/>
    <w:rsid w:val="0072009F"/>
    <w:rsid w:val="00721198"/>
    <w:rsid w:val="00755D4E"/>
    <w:rsid w:val="007604CF"/>
    <w:rsid w:val="00762D59"/>
    <w:rsid w:val="007677EC"/>
    <w:rsid w:val="007D11C7"/>
    <w:rsid w:val="007E202F"/>
    <w:rsid w:val="007F0361"/>
    <w:rsid w:val="00800F0A"/>
    <w:rsid w:val="00820FAD"/>
    <w:rsid w:val="00872582"/>
    <w:rsid w:val="008B554A"/>
    <w:rsid w:val="008B7A8C"/>
    <w:rsid w:val="008C64AA"/>
    <w:rsid w:val="008D1C9E"/>
    <w:rsid w:val="008D7D20"/>
    <w:rsid w:val="008F781A"/>
    <w:rsid w:val="00936483"/>
    <w:rsid w:val="00955BF8"/>
    <w:rsid w:val="00965AB3"/>
    <w:rsid w:val="00990789"/>
    <w:rsid w:val="009D61A5"/>
    <w:rsid w:val="009E2E98"/>
    <w:rsid w:val="00A04C59"/>
    <w:rsid w:val="00A553F9"/>
    <w:rsid w:val="00A65449"/>
    <w:rsid w:val="00AA1D8D"/>
    <w:rsid w:val="00AC2F3A"/>
    <w:rsid w:val="00AD37C7"/>
    <w:rsid w:val="00AD7F3E"/>
    <w:rsid w:val="00AF2597"/>
    <w:rsid w:val="00B14A71"/>
    <w:rsid w:val="00B34AE3"/>
    <w:rsid w:val="00B47730"/>
    <w:rsid w:val="00B57AFC"/>
    <w:rsid w:val="00B75237"/>
    <w:rsid w:val="00B7712B"/>
    <w:rsid w:val="00B77FB7"/>
    <w:rsid w:val="00B875ED"/>
    <w:rsid w:val="00B9087F"/>
    <w:rsid w:val="00B93288"/>
    <w:rsid w:val="00BA303B"/>
    <w:rsid w:val="00BA7885"/>
    <w:rsid w:val="00BB3580"/>
    <w:rsid w:val="00BB3743"/>
    <w:rsid w:val="00BD7B07"/>
    <w:rsid w:val="00BE72D3"/>
    <w:rsid w:val="00C17FDF"/>
    <w:rsid w:val="00C25738"/>
    <w:rsid w:val="00C40B35"/>
    <w:rsid w:val="00C41C56"/>
    <w:rsid w:val="00C43AEF"/>
    <w:rsid w:val="00C64026"/>
    <w:rsid w:val="00C76F4D"/>
    <w:rsid w:val="00C76FE0"/>
    <w:rsid w:val="00C81342"/>
    <w:rsid w:val="00C875F1"/>
    <w:rsid w:val="00CB0664"/>
    <w:rsid w:val="00CB499F"/>
    <w:rsid w:val="00CB4B08"/>
    <w:rsid w:val="00CB4BEE"/>
    <w:rsid w:val="00D057F7"/>
    <w:rsid w:val="00D23930"/>
    <w:rsid w:val="00D71918"/>
    <w:rsid w:val="00D907EE"/>
    <w:rsid w:val="00D93399"/>
    <w:rsid w:val="00D97B41"/>
    <w:rsid w:val="00DA6FC1"/>
    <w:rsid w:val="00DB3F9C"/>
    <w:rsid w:val="00DC3023"/>
    <w:rsid w:val="00DF7D6F"/>
    <w:rsid w:val="00E45398"/>
    <w:rsid w:val="00E46450"/>
    <w:rsid w:val="00E5134E"/>
    <w:rsid w:val="00E6563A"/>
    <w:rsid w:val="00E70593"/>
    <w:rsid w:val="00E8546D"/>
    <w:rsid w:val="00E96282"/>
    <w:rsid w:val="00E97474"/>
    <w:rsid w:val="00EA258A"/>
    <w:rsid w:val="00EA2CBE"/>
    <w:rsid w:val="00EB1641"/>
    <w:rsid w:val="00EB2F49"/>
    <w:rsid w:val="00EB78A8"/>
    <w:rsid w:val="00EC201A"/>
    <w:rsid w:val="00EC781C"/>
    <w:rsid w:val="00ED248F"/>
    <w:rsid w:val="00ED4C2D"/>
    <w:rsid w:val="00EF277E"/>
    <w:rsid w:val="00F349CB"/>
    <w:rsid w:val="00F35CD5"/>
    <w:rsid w:val="00F40C40"/>
    <w:rsid w:val="00F43C20"/>
    <w:rsid w:val="00F4705A"/>
    <w:rsid w:val="00F641EB"/>
    <w:rsid w:val="00F72C67"/>
    <w:rsid w:val="00F8061E"/>
    <w:rsid w:val="00F94BFD"/>
    <w:rsid w:val="00FA0FC5"/>
    <w:rsid w:val="00FB05E3"/>
    <w:rsid w:val="00FB69E0"/>
    <w:rsid w:val="00FC3B30"/>
    <w:rsid w:val="00FC693F"/>
    <w:rsid w:val="00FC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30"/>
  <w15:docId w15:val="{CAC1D237-621F-4DB2-9D7B-6964C9051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365F91"/>
      <w:sz w:val="24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8"/>
    </w:r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before="24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l1">
    <w:name w:val="Normál1"/>
    <w:basedOn w:val="Norml"/>
    <w:rsid w:val="000811B0"/>
    <w:pPr>
      <w:spacing w:after="160"/>
    </w:pPr>
    <w:rPr>
      <w:rFonts w:ascii="Aptos" w:eastAsiaTheme="minorHAnsi" w:hAnsi="Aptos" w:cs="Times New Roman"/>
      <w:kern w:val="2"/>
      <w:sz w:val="24"/>
      <w:szCs w:val="24"/>
      <w:lang w:val="hu-HU" w:eastAsia="hu-HU"/>
      <w14:ligatures w14:val="standardContextual"/>
    </w:rPr>
  </w:style>
  <w:style w:type="paragraph" w:styleId="TJ1">
    <w:name w:val="toc 1"/>
    <w:basedOn w:val="Norml"/>
    <w:next w:val="Norml"/>
    <w:autoRedefine/>
    <w:uiPriority w:val="39"/>
    <w:unhideWhenUsed/>
    <w:rsid w:val="00A553F9"/>
    <w:pPr>
      <w:spacing w:after="100"/>
    </w:pPr>
  </w:style>
  <w:style w:type="character" w:styleId="Hiperhivatkozs">
    <w:name w:val="Hyperlink"/>
    <w:basedOn w:val="Bekezdsalapbettpusa"/>
    <w:uiPriority w:val="99"/>
    <w:unhideWhenUsed/>
    <w:rsid w:val="00A553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98AD6C777FC1164197AFF0DB8C4E3968" ma:contentTypeVersion="19" ma:contentTypeDescription="Új dokumentum létrehozása." ma:contentTypeScope="" ma:versionID="5df9f4a7e37cd3cc5e34f28fdbfc27c6">
  <xsd:schema xmlns:xsd="http://www.w3.org/2001/XMLSchema" xmlns:xs="http://www.w3.org/2001/XMLSchema" xmlns:p="http://schemas.microsoft.com/office/2006/metadata/properties" xmlns:ns2="0e37964a-f847-47b1-b7d0-74c72425aff6" xmlns:ns3="27c670eb-9a0a-4858-ade0-397d64dc7674" targetNamespace="http://schemas.microsoft.com/office/2006/metadata/properties" ma:root="true" ma:fieldsID="b56584647b3627a1200a6cd679a9be76" ns2:_="" ns3:_="">
    <xsd:import namespace="0e37964a-f847-47b1-b7d0-74c72425aff6"/>
    <xsd:import namespace="27c670eb-9a0a-4858-ade0-397d64dc76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37964a-f847-47b1-b7d0-74c72425a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Képcímkék" ma:readOnly="false" ma:fieldId="{5cf76f15-5ced-4ddc-b409-7134ff3c332f}" ma:taxonomyMulti="true" ma:sspId="d5182f71-946f-4ea8-b8db-553dc8eab2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670eb-9a0a-4858-ade0-397d64dc767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4717d65-8af1-4216-b358-97f7149325e3}" ma:internalName="TaxCatchAll" ma:showField="CatchAllData" ma:web="27c670eb-9a0a-4858-ade0-397d64dc76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37964a-f847-47b1-b7d0-74c72425aff6">
      <Terms xmlns="http://schemas.microsoft.com/office/infopath/2007/PartnerControls"/>
    </lcf76f155ced4ddcb4097134ff3c332f>
    <TaxCatchAll xmlns="27c670eb-9a0a-4858-ade0-397d64dc7674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17C94F-04BE-4851-8C5C-7E59E6BAAD91}"/>
</file>

<file path=customXml/itemProps3.xml><?xml version="1.0" encoding="utf-8"?>
<ds:datastoreItem xmlns:ds="http://schemas.openxmlformats.org/officeDocument/2006/customXml" ds:itemID="{2D066F01-5B9A-47E0-90B6-61ED97B856D1}"/>
</file>

<file path=customXml/itemProps4.xml><?xml version="1.0" encoding="utf-8"?>
<ds:datastoreItem xmlns:ds="http://schemas.openxmlformats.org/officeDocument/2006/customXml" ds:itemID="{3233C8FC-564B-4198-A56A-3E6EF6C2BA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20</Pages>
  <Words>3790</Words>
  <Characters>26154</Characters>
  <Application>Microsoft Office Word</Application>
  <DocSecurity>0</DocSecurity>
  <Lines>217</Lines>
  <Paragraphs>59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29885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Hámori György</dc:creator>
  <cp:keywords/>
  <dc:description>generated by python-docx</dc:description>
  <cp:lastModifiedBy>Hámori György</cp:lastModifiedBy>
  <cp:revision>73</cp:revision>
  <dcterms:created xsi:type="dcterms:W3CDTF">2026-08-24T07:24:00Z</dcterms:created>
  <dcterms:modified xsi:type="dcterms:W3CDTF">2026-09-07T11:02:00Z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0x01010098AD6C777FC1164197AFF0DB8C4E3968</vt:lpwstr>
  </property>
</Properties>
</file>